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7"/>
  <w:body>
    <w:p w14:paraId="18F3153F" w14:textId="77777777" w:rsidR="003538AA" w:rsidRPr="009830B9" w:rsidRDefault="003538AA" w:rsidP="0023165F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</w:p>
    <w:p w14:paraId="1D8FD8E6" w14:textId="5A520E15" w:rsidR="00FF4209" w:rsidRPr="0023165F" w:rsidRDefault="00FF4209" w:rsidP="0023165F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 w:rsidRPr="0023165F">
        <w:rPr>
          <w:rFonts w:ascii="Times New Roman" w:hAnsi="Times New Roman" w:cs="Times New Roman"/>
          <w:b/>
          <w:bCs/>
          <w:color w:val="002060"/>
          <w:sz w:val="30"/>
          <w:szCs w:val="30"/>
        </w:rPr>
        <w:t>CURRICULUM VITAE</w:t>
      </w:r>
    </w:p>
    <w:p w14:paraId="0BF7C1D7" w14:textId="77777777" w:rsidR="007C70E0" w:rsidRPr="007C70E0" w:rsidRDefault="007C70E0" w:rsidP="007C70E0">
      <w:pPr>
        <w:spacing w:after="160" w:line="259" w:lineRule="auto"/>
        <w:jc w:val="center"/>
        <w:rPr>
          <w:rFonts w:ascii="Times New Roman" w:eastAsia="Calibri" w:hAnsi="Times New Roman" w:cs="Times New Roman"/>
          <w:i/>
          <w:iCs/>
          <w:color w:val="002060"/>
          <w:kern w:val="2"/>
          <w:sz w:val="19"/>
          <w:szCs w:val="19"/>
          <w14:ligatures w14:val="standardContextual"/>
        </w:rPr>
      </w:pPr>
    </w:p>
    <w:p w14:paraId="2746A271" w14:textId="09A4EFCF" w:rsidR="00FB699D" w:rsidRDefault="00872F5D">
      <w:pPr>
        <w:spacing w:after="40"/>
      </w:pPr>
      <w:r w:rsidRPr="00872F5D">
        <w:rPr>
          <w:b/>
          <w:color w:val="003366"/>
          <w:sz w:val="30"/>
        </w:rPr>
        <w:t xml:space="preserve">Vilma </w:t>
      </w:r>
      <w:proofErr w:type="spellStart"/>
      <w:r w:rsidRPr="00872F5D">
        <w:rPr>
          <w:b/>
          <w:color w:val="003366"/>
          <w:sz w:val="30"/>
        </w:rPr>
        <w:t>Kisnieriene</w:t>
      </w:r>
      <w:proofErr w:type="spellEnd"/>
    </w:p>
    <w:p w14:paraId="6028167F" w14:textId="58F69F08" w:rsidR="00961B2A" w:rsidRPr="00867D0C" w:rsidRDefault="00872F5D" w:rsidP="00063CF2">
      <w:pPr>
        <w:rPr>
          <w:color w:val="646464"/>
          <w:sz w:val="19"/>
        </w:rPr>
      </w:pPr>
      <w:r w:rsidRPr="0069564E">
        <w:rPr>
          <w:sz w:val="19"/>
        </w:rPr>
        <w:t>PhD</w:t>
      </w:r>
      <w:r w:rsidR="00063CF2" w:rsidRPr="0069564E">
        <w:rPr>
          <w:sz w:val="19"/>
        </w:rPr>
        <w:t xml:space="preserve"> | P</w:t>
      </w:r>
      <w:r w:rsidRPr="0069564E">
        <w:rPr>
          <w:sz w:val="19"/>
        </w:rPr>
        <w:t>rofessor</w:t>
      </w:r>
      <w:r w:rsidR="00063CF2" w:rsidRPr="0069564E">
        <w:rPr>
          <w:sz w:val="19"/>
        </w:rPr>
        <w:t xml:space="preserve"> | I</w:t>
      </w:r>
      <w:r w:rsidRPr="0069564E">
        <w:t xml:space="preserve"> </w:t>
      </w:r>
      <w:r w:rsidRPr="0069564E">
        <w:rPr>
          <w:sz w:val="19"/>
        </w:rPr>
        <w:t>Vilnius Universit</w:t>
      </w:r>
      <w:r w:rsidRPr="00872F5D">
        <w:rPr>
          <w:color w:val="646464"/>
          <w:sz w:val="19"/>
        </w:rPr>
        <w:t xml:space="preserve">y </w:t>
      </w:r>
      <w:r w:rsidR="00063CF2" w:rsidRPr="00867D0C">
        <w:rPr>
          <w:color w:val="646464"/>
          <w:sz w:val="19"/>
        </w:rPr>
        <w:br/>
      </w:r>
    </w:p>
    <w:p w14:paraId="378F7B3B" w14:textId="77777777" w:rsidR="00FB699D" w:rsidRPr="003538AA" w:rsidRDefault="00992F79">
      <w:pPr>
        <w:spacing w:before="80" w:after="0"/>
        <w:ind w:left="-680"/>
        <w:rPr>
          <w:color w:val="003366"/>
        </w:rPr>
      </w:pPr>
      <w:r>
        <w:rPr>
          <w:color w:val="009966"/>
          <w:sz w:val="21"/>
        </w:rPr>
        <w:t>●</w:t>
      </w:r>
    </w:p>
    <w:p w14:paraId="0BD90567" w14:textId="58BA1547" w:rsidR="00240707" w:rsidRPr="007134E3" w:rsidRDefault="00063CF2">
      <w:pPr>
        <w:spacing w:after="40"/>
        <w:rPr>
          <w:b/>
          <w:color w:val="003366"/>
          <w:sz w:val="22"/>
        </w:rPr>
      </w:pPr>
      <w:r w:rsidRPr="003538AA">
        <w:rPr>
          <w:b/>
          <w:color w:val="003366"/>
          <w:sz w:val="22"/>
        </w:rPr>
        <w:t>EDUCATION AND SCIENTIFIC</w:t>
      </w:r>
      <w:r w:rsidR="003314C6" w:rsidRPr="003538AA">
        <w:rPr>
          <w:b/>
          <w:color w:val="003366"/>
          <w:sz w:val="22"/>
        </w:rPr>
        <w:t xml:space="preserve"> QUALIFICATIONS</w:t>
      </w:r>
      <w:r w:rsidRPr="003538AA">
        <w:rPr>
          <w:b/>
          <w:color w:val="003366"/>
          <w:sz w:val="22"/>
        </w:rPr>
        <w:t xml:space="preserve"> </w:t>
      </w:r>
      <w:r>
        <w:rPr>
          <w:b/>
          <w:color w:val="003366"/>
          <w:sz w:val="22"/>
        </w:rPr>
        <w:t>DEGREES</w:t>
      </w:r>
    </w:p>
    <w:tbl>
      <w:tblPr>
        <w:tblStyle w:val="PlainTable4"/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6144"/>
      </w:tblGrid>
      <w:tr w:rsidR="00063CF2" w14:paraId="5881F8BA" w14:textId="77777777" w:rsidTr="00A71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9CF9077" w14:textId="77777777" w:rsidR="008114A8" w:rsidRPr="003E5E14" w:rsidRDefault="00180142">
            <w:pPr>
              <w:rPr>
                <w:sz w:val="19"/>
                <w:szCs w:val="19"/>
              </w:rPr>
            </w:pPr>
            <w:r w:rsidRPr="003E5E14"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6144" w:type="dxa"/>
          </w:tcPr>
          <w:p w14:paraId="2AE61A0C" w14:textId="77777777" w:rsidR="00063CF2" w:rsidRPr="003E5E14" w:rsidRDefault="00063CF2" w:rsidP="00A715D6">
            <w:pPr>
              <w:spacing w:after="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646464"/>
                <w:sz w:val="19"/>
                <w:szCs w:val="19"/>
              </w:rPr>
            </w:pPr>
            <w:r w:rsidRPr="003E5E14">
              <w:rPr>
                <w:bCs w:val="0"/>
                <w:color w:val="003366"/>
                <w:sz w:val="19"/>
                <w:szCs w:val="19"/>
              </w:rPr>
              <w:t>Please provide the field</w:t>
            </w:r>
          </w:p>
        </w:tc>
      </w:tr>
      <w:tr w:rsidR="00063CF2" w14:paraId="2074F770" w14:textId="77777777" w:rsidTr="00A7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D2FE485" w14:textId="2D43C705" w:rsidR="00063CF2" w:rsidRDefault="00872F5D" w:rsidP="00872F5D">
            <w:pPr>
              <w:spacing w:after="20"/>
              <w:rPr>
                <w:b w:val="0"/>
                <w:color w:val="646464"/>
                <w:sz w:val="19"/>
              </w:rPr>
            </w:pPr>
            <w:r>
              <w:rPr>
                <w:color w:val="646464"/>
                <w:sz w:val="19"/>
              </w:rPr>
              <w:t>1983</w:t>
            </w:r>
            <w:r w:rsidR="0002508D">
              <w:rPr>
                <w:color w:val="646464"/>
                <w:sz w:val="19"/>
              </w:rPr>
              <w:t>–</w:t>
            </w:r>
            <w:r>
              <w:rPr>
                <w:color w:val="646464"/>
                <w:sz w:val="19"/>
              </w:rPr>
              <w:t>1988</w:t>
            </w:r>
            <w:r w:rsidR="0002508D">
              <w:rPr>
                <w:color w:val="646464"/>
                <w:sz w:val="19"/>
              </w:rPr>
              <w:t xml:space="preserve"> </w:t>
            </w:r>
            <w:r w:rsidR="00053DD8">
              <w:rPr>
                <w:color w:val="646464"/>
                <w:sz w:val="19"/>
              </w:rPr>
              <w:t>Maste</w:t>
            </w:r>
            <w:r w:rsidR="00053DD8" w:rsidRPr="00063CF2">
              <w:rPr>
                <w:color w:val="646464"/>
                <w:sz w:val="19"/>
              </w:rPr>
              <w:t>r’s</w:t>
            </w:r>
          </w:p>
        </w:tc>
        <w:tc>
          <w:tcPr>
            <w:tcW w:w="6144" w:type="dxa"/>
          </w:tcPr>
          <w:p w14:paraId="015E79D8" w14:textId="411A6951" w:rsidR="00063CF2" w:rsidRPr="00063CF2" w:rsidRDefault="00872F5D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72F5D">
              <w:t>Biology, teacher of biology and chemistry</w:t>
            </w:r>
          </w:p>
        </w:tc>
      </w:tr>
      <w:tr w:rsidR="00063CF2" w14:paraId="4E5DD077" w14:textId="77777777" w:rsidTr="00A7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2453E5C" w14:textId="352C696D" w:rsidR="00063CF2" w:rsidRDefault="007134E3" w:rsidP="00872F5D">
            <w:pPr>
              <w:spacing w:after="20"/>
              <w:rPr>
                <w:b w:val="0"/>
                <w:color w:val="646464"/>
                <w:sz w:val="19"/>
              </w:rPr>
            </w:pPr>
            <w:r>
              <w:rPr>
                <w:color w:val="646464"/>
                <w:sz w:val="19"/>
              </w:rPr>
              <w:t>20</w:t>
            </w:r>
            <w:r w:rsidR="00872F5D">
              <w:rPr>
                <w:color w:val="646464"/>
                <w:sz w:val="19"/>
              </w:rPr>
              <w:t>06</w:t>
            </w:r>
            <w:r w:rsidR="00063CF2">
              <w:rPr>
                <w:color w:val="646464"/>
                <w:sz w:val="19"/>
              </w:rPr>
              <w:t>–</w:t>
            </w:r>
            <w:r>
              <w:rPr>
                <w:color w:val="646464"/>
                <w:sz w:val="19"/>
              </w:rPr>
              <w:t>20</w:t>
            </w:r>
            <w:r w:rsidR="00872F5D">
              <w:rPr>
                <w:color w:val="646464"/>
                <w:sz w:val="19"/>
              </w:rPr>
              <w:t>09</w:t>
            </w:r>
            <w:r w:rsidR="00063CF2">
              <w:rPr>
                <w:color w:val="646464"/>
                <w:sz w:val="19"/>
              </w:rPr>
              <w:t xml:space="preserve"> </w:t>
            </w:r>
            <w:r>
              <w:rPr>
                <w:color w:val="646464"/>
                <w:sz w:val="19"/>
              </w:rPr>
              <w:t>P</w:t>
            </w:r>
            <w:r w:rsidR="00063CF2">
              <w:rPr>
                <w:color w:val="646464"/>
                <w:sz w:val="19"/>
              </w:rPr>
              <w:t>hD</w:t>
            </w:r>
          </w:p>
        </w:tc>
        <w:tc>
          <w:tcPr>
            <w:tcW w:w="6144" w:type="dxa"/>
          </w:tcPr>
          <w:p w14:paraId="75761703" w14:textId="37BEA078" w:rsidR="00063CF2" w:rsidRPr="00063CF2" w:rsidRDefault="0069564E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Biomedical sciences - </w:t>
            </w:r>
            <w:r w:rsidR="00C72976">
              <w:t>Biophysics</w:t>
            </w:r>
          </w:p>
        </w:tc>
      </w:tr>
      <w:tr w:rsidR="007134E3" w14:paraId="12A2F0F3" w14:textId="77777777" w:rsidTr="00A7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013412C" w14:textId="67EC6109" w:rsidR="007134E3" w:rsidRDefault="00872F5D">
            <w:pPr>
              <w:spacing w:after="20"/>
              <w:rPr>
                <w:color w:val="646464"/>
                <w:sz w:val="19"/>
              </w:rPr>
            </w:pPr>
            <w:r>
              <w:rPr>
                <w:color w:val="646464"/>
                <w:sz w:val="19"/>
              </w:rPr>
              <w:t>2021</w:t>
            </w:r>
          </w:p>
        </w:tc>
        <w:tc>
          <w:tcPr>
            <w:tcW w:w="6144" w:type="dxa"/>
          </w:tcPr>
          <w:p w14:paraId="7DB7E396" w14:textId="059F10D0" w:rsidR="007134E3" w:rsidRPr="00C72976" w:rsidRDefault="00C72976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646464"/>
              </w:rPr>
            </w:pPr>
            <w:r w:rsidRPr="00C72976">
              <w:rPr>
                <w:iCs/>
              </w:rPr>
              <w:t>Associate professor, biophysics</w:t>
            </w:r>
          </w:p>
        </w:tc>
      </w:tr>
    </w:tbl>
    <w:p w14:paraId="10025A58" w14:textId="77777777" w:rsidR="00FB699D" w:rsidRDefault="00992F79">
      <w:pPr>
        <w:spacing w:before="80" w:after="0"/>
        <w:ind w:left="-680"/>
      </w:pPr>
      <w:r>
        <w:rPr>
          <w:color w:val="009966"/>
          <w:sz w:val="21"/>
        </w:rPr>
        <w:t>●</w:t>
      </w:r>
    </w:p>
    <w:p w14:paraId="4550A10F" w14:textId="3810BD36" w:rsidR="007134E3" w:rsidRDefault="00751E39">
      <w:pPr>
        <w:spacing w:after="40"/>
        <w:rPr>
          <w:b/>
          <w:color w:val="003366"/>
          <w:sz w:val="22"/>
        </w:rPr>
      </w:pPr>
      <w:r>
        <w:rPr>
          <w:b/>
          <w:color w:val="003366"/>
          <w:sz w:val="22"/>
        </w:rPr>
        <w:t xml:space="preserve">ACADEMIC </w:t>
      </w:r>
      <w:r w:rsidR="00063CF2">
        <w:rPr>
          <w:b/>
          <w:color w:val="003366"/>
          <w:sz w:val="22"/>
        </w:rPr>
        <w:t>WORK EXPERIENCE</w:t>
      </w:r>
      <w:r w:rsidR="00751A8D">
        <w:rPr>
          <w:b/>
          <w:color w:val="003366"/>
          <w:sz w:val="22"/>
        </w:rPr>
        <w:t xml:space="preserve">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363"/>
        <w:gridCol w:w="2465"/>
        <w:gridCol w:w="6095"/>
      </w:tblGrid>
      <w:tr w:rsidR="00867D0C" w:rsidRPr="00E80302" w14:paraId="63FD1D0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1B14C52C" w14:textId="77777777" w:rsidR="00867D0C" w:rsidRPr="00E80302" w:rsidRDefault="00867D0C">
            <w:pPr>
              <w:rPr>
                <w:sz w:val="19"/>
                <w:szCs w:val="19"/>
              </w:rPr>
            </w:pPr>
            <w:r w:rsidRPr="00E80302"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2465" w:type="dxa"/>
          </w:tcPr>
          <w:p w14:paraId="06DCFAF6" w14:textId="77777777" w:rsidR="00867D0C" w:rsidRPr="00E80302" w:rsidRDefault="00867D0C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</w:rPr>
            </w:pPr>
            <w:r w:rsidRPr="00C876F2">
              <w:rPr>
                <w:color w:val="002060"/>
                <w:sz w:val="19"/>
              </w:rPr>
              <w:t xml:space="preserve">Position / </w:t>
            </w:r>
            <w:r>
              <w:rPr>
                <w:color w:val="002060"/>
                <w:sz w:val="19"/>
              </w:rPr>
              <w:t>I</w:t>
            </w:r>
            <w:r w:rsidRPr="00C876F2">
              <w:rPr>
                <w:color w:val="002060"/>
                <w:sz w:val="19"/>
              </w:rPr>
              <w:t>nstitution</w:t>
            </w:r>
          </w:p>
        </w:tc>
        <w:tc>
          <w:tcPr>
            <w:tcW w:w="6095" w:type="dxa"/>
          </w:tcPr>
          <w:p w14:paraId="669457E7" w14:textId="47159118" w:rsidR="00867D0C" w:rsidRPr="00E80302" w:rsidRDefault="00867D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3E5E14">
              <w:rPr>
                <w:bCs w:val="0"/>
                <w:color w:val="003366"/>
                <w:sz w:val="19"/>
                <w:szCs w:val="19"/>
              </w:rPr>
              <w:t>R</w:t>
            </w:r>
            <w:r w:rsidR="008A12D6">
              <w:rPr>
                <w:bCs w:val="0"/>
                <w:color w:val="003366"/>
                <w:sz w:val="19"/>
                <w:szCs w:val="19"/>
              </w:rPr>
              <w:t>e</w:t>
            </w:r>
            <w:r w:rsidRPr="003E5E14">
              <w:rPr>
                <w:bCs w:val="0"/>
                <w:color w:val="003366"/>
                <w:sz w:val="19"/>
                <w:szCs w:val="19"/>
              </w:rPr>
              <w:t>sponsibility</w:t>
            </w:r>
            <w:r w:rsidR="00FB7462">
              <w:rPr>
                <w:bCs w:val="0"/>
                <w:color w:val="003366"/>
                <w:sz w:val="19"/>
                <w:szCs w:val="19"/>
              </w:rPr>
              <w:t xml:space="preserve"> (teaching, </w:t>
            </w:r>
            <w:r w:rsidR="0060579D">
              <w:rPr>
                <w:bCs w:val="0"/>
                <w:color w:val="003366"/>
                <w:sz w:val="19"/>
                <w:szCs w:val="19"/>
              </w:rPr>
              <w:t xml:space="preserve">research, </w:t>
            </w:r>
            <w:r w:rsidR="00FB7462">
              <w:rPr>
                <w:bCs w:val="0"/>
                <w:color w:val="003366"/>
                <w:sz w:val="19"/>
                <w:szCs w:val="19"/>
              </w:rPr>
              <w:t>administrative,</w:t>
            </w:r>
            <w:r w:rsidR="0060579D">
              <w:rPr>
                <w:bCs w:val="0"/>
                <w:color w:val="003366"/>
                <w:sz w:val="19"/>
                <w:szCs w:val="19"/>
              </w:rPr>
              <w:t xml:space="preserve"> support</w:t>
            </w:r>
            <w:r w:rsidR="00FB7462">
              <w:rPr>
                <w:bCs w:val="0"/>
                <w:color w:val="003366"/>
                <w:sz w:val="19"/>
                <w:szCs w:val="19"/>
              </w:rPr>
              <w:t xml:space="preserve">) </w:t>
            </w:r>
          </w:p>
        </w:tc>
      </w:tr>
      <w:tr w:rsidR="00867D0C" w14:paraId="09CFFD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004F3C6F" w14:textId="19C39A02" w:rsidR="00867D0C" w:rsidRPr="00867D0C" w:rsidRDefault="00867D0C" w:rsidP="00C72976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C72976">
              <w:rPr>
                <w:color w:val="646464"/>
                <w:sz w:val="19"/>
              </w:rPr>
              <w:t>25</w:t>
            </w:r>
            <w:r w:rsidRPr="00867D0C">
              <w:rPr>
                <w:color w:val="646464"/>
                <w:sz w:val="19"/>
              </w:rPr>
              <w:t>–20</w:t>
            </w:r>
            <w:r w:rsidR="00C72976">
              <w:rPr>
                <w:color w:val="646464"/>
                <w:sz w:val="19"/>
              </w:rPr>
              <w:t>26</w:t>
            </w:r>
          </w:p>
        </w:tc>
        <w:tc>
          <w:tcPr>
            <w:tcW w:w="2465" w:type="dxa"/>
          </w:tcPr>
          <w:p w14:paraId="7ACE2C36" w14:textId="0BC35397" w:rsidR="00867D0C" w:rsidRDefault="00C72976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976">
              <w:t>Professor</w:t>
            </w:r>
          </w:p>
        </w:tc>
        <w:tc>
          <w:tcPr>
            <w:tcW w:w="6095" w:type="dxa"/>
          </w:tcPr>
          <w:p w14:paraId="5283152B" w14:textId="073D2CEA" w:rsidR="00867D0C" w:rsidRDefault="00C72976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976">
              <w:t>teaching, research</w:t>
            </w:r>
          </w:p>
        </w:tc>
      </w:tr>
      <w:tr w:rsidR="00867D0C" w14:paraId="647298F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0B2D5FD5" w14:textId="68952B5E" w:rsidR="00867D0C" w:rsidRPr="00867D0C" w:rsidRDefault="00867D0C" w:rsidP="00C72976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C72976">
              <w:rPr>
                <w:color w:val="646464"/>
                <w:sz w:val="19"/>
              </w:rPr>
              <w:t>15</w:t>
            </w:r>
            <w:r w:rsidRPr="00867D0C">
              <w:rPr>
                <w:color w:val="646464"/>
                <w:sz w:val="19"/>
              </w:rPr>
              <w:t>–20</w:t>
            </w:r>
            <w:r w:rsidR="00C72976">
              <w:rPr>
                <w:color w:val="646464"/>
                <w:sz w:val="19"/>
              </w:rPr>
              <w:t>25</w:t>
            </w:r>
          </w:p>
        </w:tc>
        <w:tc>
          <w:tcPr>
            <w:tcW w:w="2465" w:type="dxa"/>
          </w:tcPr>
          <w:p w14:paraId="66C2273F" w14:textId="6CA67737" w:rsidR="00867D0C" w:rsidRDefault="00C72976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976">
              <w:t>Associate Professor, scientific researcher, senior researcher</w:t>
            </w:r>
          </w:p>
        </w:tc>
        <w:tc>
          <w:tcPr>
            <w:tcW w:w="6095" w:type="dxa"/>
          </w:tcPr>
          <w:p w14:paraId="416896EB" w14:textId="76AEA077" w:rsidR="00867D0C" w:rsidRDefault="00C72976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976">
              <w:t>teaching, research</w:t>
            </w:r>
          </w:p>
        </w:tc>
      </w:tr>
      <w:tr w:rsidR="00867D0C" w14:paraId="28E751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1B628B7B" w14:textId="54E93F26" w:rsidR="00867D0C" w:rsidRPr="00867D0C" w:rsidRDefault="00867D0C" w:rsidP="00C72976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C72976">
              <w:rPr>
                <w:color w:val="646464"/>
                <w:sz w:val="19"/>
              </w:rPr>
              <w:t>09</w:t>
            </w:r>
            <w:r w:rsidRPr="00867D0C">
              <w:rPr>
                <w:color w:val="646464"/>
                <w:sz w:val="19"/>
              </w:rPr>
              <w:t>–20</w:t>
            </w:r>
            <w:r w:rsidR="00C72976">
              <w:rPr>
                <w:color w:val="646464"/>
                <w:sz w:val="19"/>
              </w:rPr>
              <w:t>15</w:t>
            </w:r>
          </w:p>
        </w:tc>
        <w:tc>
          <w:tcPr>
            <w:tcW w:w="2465" w:type="dxa"/>
          </w:tcPr>
          <w:p w14:paraId="2E8DA20F" w14:textId="173321D5" w:rsidR="00867D0C" w:rsidRDefault="00C72976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976">
              <w:t>Scientific researcher, lecturer</w:t>
            </w:r>
          </w:p>
        </w:tc>
        <w:tc>
          <w:tcPr>
            <w:tcW w:w="6095" w:type="dxa"/>
          </w:tcPr>
          <w:p w14:paraId="0A8EF205" w14:textId="65004D4E" w:rsidR="00867D0C" w:rsidRDefault="00C72976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976">
              <w:t>teaching, research</w:t>
            </w:r>
          </w:p>
        </w:tc>
      </w:tr>
    </w:tbl>
    <w:p w14:paraId="28DC6186" w14:textId="77777777" w:rsidR="00FB699D" w:rsidRDefault="00FB699D" w:rsidP="007134E3">
      <w:pPr>
        <w:spacing w:after="80"/>
      </w:pPr>
    </w:p>
    <w:p w14:paraId="29962C0B" w14:textId="77777777" w:rsidR="00FB699D" w:rsidRDefault="00992F79">
      <w:pPr>
        <w:spacing w:before="80" w:after="0"/>
        <w:ind w:left="-680"/>
      </w:pPr>
      <w:r>
        <w:rPr>
          <w:color w:val="009966"/>
          <w:sz w:val="21"/>
        </w:rPr>
        <w:t>●</w:t>
      </w:r>
    </w:p>
    <w:p w14:paraId="01247E16" w14:textId="77777777" w:rsidR="00FB699D" w:rsidRDefault="00063CF2">
      <w:pPr>
        <w:spacing w:after="40"/>
        <w:rPr>
          <w:b/>
          <w:color w:val="003366"/>
          <w:sz w:val="22"/>
        </w:rPr>
      </w:pPr>
      <w:r>
        <w:rPr>
          <w:b/>
          <w:color w:val="003366"/>
          <w:sz w:val="22"/>
        </w:rPr>
        <w:t>RESEARCH PROJECTS (R&amp;D)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363"/>
        <w:gridCol w:w="2465"/>
        <w:gridCol w:w="6095"/>
      </w:tblGrid>
      <w:tr w:rsidR="008F6F5C" w:rsidRPr="00E80302" w14:paraId="10C260BC" w14:textId="77777777" w:rsidTr="008F6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4E3B5054" w14:textId="77777777" w:rsidR="008F6F5C" w:rsidRPr="00E80302" w:rsidRDefault="008F6F5C">
            <w:pPr>
              <w:rPr>
                <w:sz w:val="19"/>
                <w:szCs w:val="19"/>
              </w:rPr>
            </w:pPr>
            <w:r w:rsidRPr="00E80302"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2465" w:type="dxa"/>
          </w:tcPr>
          <w:p w14:paraId="5485848D" w14:textId="5CC14A90" w:rsidR="008F6F5C" w:rsidRPr="00E80302" w:rsidRDefault="008F6F5C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</w:rPr>
            </w:pPr>
            <w:r w:rsidRPr="00C876F2">
              <w:rPr>
                <w:color w:val="002060"/>
                <w:sz w:val="19"/>
              </w:rPr>
              <w:t xml:space="preserve">Position / </w:t>
            </w:r>
            <w:r>
              <w:rPr>
                <w:color w:val="002060"/>
                <w:sz w:val="19"/>
              </w:rPr>
              <w:t>I</w:t>
            </w:r>
            <w:r w:rsidRPr="00C876F2">
              <w:rPr>
                <w:color w:val="002060"/>
                <w:sz w:val="19"/>
              </w:rPr>
              <w:t>nstitution</w:t>
            </w:r>
          </w:p>
        </w:tc>
        <w:tc>
          <w:tcPr>
            <w:tcW w:w="6095" w:type="dxa"/>
          </w:tcPr>
          <w:p w14:paraId="6CB5AD33" w14:textId="15624698" w:rsidR="008F6F5C" w:rsidRPr="00E80302" w:rsidRDefault="008F6F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3E5E14">
              <w:rPr>
                <w:bCs w:val="0"/>
                <w:color w:val="003366"/>
                <w:sz w:val="19"/>
                <w:szCs w:val="19"/>
              </w:rPr>
              <w:t>Project title / Funding agency / Your role</w:t>
            </w:r>
          </w:p>
        </w:tc>
      </w:tr>
      <w:tr w:rsidR="008F6F5C" w14:paraId="33428A56" w14:textId="77777777" w:rsidTr="008F6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0C05D2A8" w14:textId="56A9C542" w:rsidR="008F6F5C" w:rsidRPr="00867D0C" w:rsidRDefault="008F6F5C" w:rsidP="00C72976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C72976">
              <w:rPr>
                <w:color w:val="646464"/>
                <w:sz w:val="19"/>
              </w:rPr>
              <w:t>18</w:t>
            </w:r>
            <w:r w:rsidRPr="00867D0C">
              <w:rPr>
                <w:color w:val="646464"/>
                <w:sz w:val="19"/>
              </w:rPr>
              <w:t>–20</w:t>
            </w:r>
            <w:r w:rsidR="00C72976">
              <w:rPr>
                <w:color w:val="646464"/>
                <w:sz w:val="19"/>
              </w:rPr>
              <w:t>21</w:t>
            </w:r>
          </w:p>
        </w:tc>
        <w:tc>
          <w:tcPr>
            <w:tcW w:w="2465" w:type="dxa"/>
          </w:tcPr>
          <w:p w14:paraId="645800DC" w14:textId="46770DA5" w:rsidR="00893992" w:rsidRDefault="00893992" w:rsidP="0089399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893992">
              <w:rPr>
                <w:rFonts w:asciiTheme="majorHAnsi" w:hAnsiTheme="majorHAnsi" w:cstheme="majorHAnsi"/>
                <w:sz w:val="20"/>
                <w:szCs w:val="20"/>
              </w:rPr>
              <w:t>Senior researcher /Vilnius University</w:t>
            </w:r>
            <w:r>
              <w:rPr>
                <w:sz w:val="22"/>
                <w:szCs w:val="22"/>
              </w:rPr>
              <w:t xml:space="preserve">, </w:t>
            </w:r>
          </w:p>
          <w:p w14:paraId="566F4003" w14:textId="77777777" w:rsidR="008F6F5C" w:rsidRDefault="008F6F5C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879"/>
            </w:tblGrid>
            <w:tr w:rsidR="00C72976" w:rsidRPr="00C72976" w14:paraId="36420401" w14:textId="77777777">
              <w:trPr>
                <w:trHeight w:val="390"/>
              </w:trPr>
              <w:tc>
                <w:tcPr>
                  <w:tcW w:w="0" w:type="auto"/>
                </w:tcPr>
                <w:p w14:paraId="046BCA71" w14:textId="03B71C93" w:rsidR="00C72976" w:rsidRPr="00C72976" w:rsidRDefault="00C72976" w:rsidP="00C72976">
                  <w:pPr>
                    <w:spacing w:after="20" w:line="240" w:lineRule="auto"/>
                  </w:pPr>
                  <w:r w:rsidRPr="00C72976">
                    <w:t>Long-distance electrical signaling systems in plants- adaptation to the change from water to terrestrial environment</w:t>
                  </w:r>
                  <w:r>
                    <w:t>/</w:t>
                  </w:r>
                  <w:r w:rsidRPr="00C72976">
                    <w:t>DAINA – Polish-Lithuanian Funding Initiative</w:t>
                  </w:r>
                  <w:r>
                    <w:t>/</w:t>
                  </w:r>
                  <w:r w:rsidRPr="00C72976">
                    <w:t xml:space="preserve"> Head of the project, senior researcher</w:t>
                  </w:r>
                </w:p>
              </w:tc>
            </w:tr>
          </w:tbl>
          <w:p w14:paraId="276D9D91" w14:textId="77777777" w:rsidR="008F6F5C" w:rsidRDefault="008F6F5C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6F5C" w14:paraId="6B29D028" w14:textId="77777777" w:rsidTr="008F6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1AC1C3BC" w14:textId="457D5E72" w:rsidR="008F6F5C" w:rsidRPr="00867D0C" w:rsidRDefault="008F6F5C" w:rsidP="00893992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893992">
              <w:rPr>
                <w:color w:val="646464"/>
                <w:sz w:val="19"/>
              </w:rPr>
              <w:t>19</w:t>
            </w:r>
          </w:p>
        </w:tc>
        <w:tc>
          <w:tcPr>
            <w:tcW w:w="2465" w:type="dxa"/>
          </w:tcPr>
          <w:p w14:paraId="167EC982" w14:textId="6597E120" w:rsidR="008F6F5C" w:rsidRDefault="0089399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976">
              <w:t>Associate Professor</w:t>
            </w:r>
            <w:r w:rsidRPr="00893992">
              <w:rPr>
                <w:rFonts w:asciiTheme="majorHAnsi" w:hAnsiTheme="majorHAnsi" w:cstheme="majorHAnsi"/>
                <w:szCs w:val="20"/>
              </w:rPr>
              <w:t xml:space="preserve"> /Vilnius University</w:t>
            </w:r>
          </w:p>
        </w:tc>
        <w:tc>
          <w:tcPr>
            <w:tcW w:w="6095" w:type="dxa"/>
          </w:tcPr>
          <w:p w14:paraId="78BFA4FF" w14:textId="7A3A6C4A" w:rsidR="008F6F5C" w:rsidRDefault="0089399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3992">
              <w:t xml:space="preserve">Investigation of the effect of blockers on the ion channel activity of </w:t>
            </w:r>
            <w:proofErr w:type="spellStart"/>
            <w:r w:rsidRPr="00893992">
              <w:t>Nitellopsis</w:t>
            </w:r>
            <w:proofErr w:type="spellEnd"/>
            <w:r w:rsidRPr="00893992">
              <w:t xml:space="preserve"> </w:t>
            </w:r>
            <w:proofErr w:type="spellStart"/>
            <w:r w:rsidRPr="00893992">
              <w:t>obtusa</w:t>
            </w:r>
            <w:proofErr w:type="spellEnd"/>
            <w:r w:rsidRPr="00893992">
              <w:t xml:space="preserve"> </w:t>
            </w:r>
            <w:proofErr w:type="spellStart"/>
            <w:r w:rsidRPr="00893992">
              <w:t>tonoplast</w:t>
            </w:r>
            <w:proofErr w:type="spellEnd"/>
            <w:r w:rsidRPr="00893992">
              <w:t xml:space="preserve"> by patch clamp method.</w:t>
            </w:r>
            <w:r w:rsidR="006901E2">
              <w:t xml:space="preserve"> /</w:t>
            </w:r>
            <w:r w:rsidRPr="00893992">
              <w:t xml:space="preserve"> 09.3.3.-LMT-K-712-10-0020, 2019</w:t>
            </w:r>
            <w:r>
              <w:t xml:space="preserve"> / </w:t>
            </w:r>
            <w:r w:rsidRPr="00893992">
              <w:t>Head of the project</w:t>
            </w:r>
          </w:p>
        </w:tc>
      </w:tr>
      <w:tr w:rsidR="008F6F5C" w14:paraId="5E14EF16" w14:textId="77777777" w:rsidTr="008F6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3E2382BF" w14:textId="195E10B9" w:rsidR="008F6F5C" w:rsidRPr="00867D0C" w:rsidRDefault="008F6F5C" w:rsidP="00893992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893992">
              <w:rPr>
                <w:color w:val="646464"/>
                <w:sz w:val="19"/>
              </w:rPr>
              <w:t>18</w:t>
            </w:r>
          </w:p>
        </w:tc>
        <w:tc>
          <w:tcPr>
            <w:tcW w:w="2465" w:type="dxa"/>
          </w:tcPr>
          <w:p w14:paraId="735BA8BC" w14:textId="23CDE114" w:rsidR="008F6F5C" w:rsidRDefault="0089399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976">
              <w:t>Associate Professor</w:t>
            </w:r>
            <w:r w:rsidRPr="00893992">
              <w:rPr>
                <w:rFonts w:asciiTheme="majorHAnsi" w:hAnsiTheme="majorHAnsi" w:cstheme="majorHAnsi"/>
                <w:szCs w:val="20"/>
              </w:rPr>
              <w:t xml:space="preserve"> /Vilnius University</w:t>
            </w:r>
          </w:p>
        </w:tc>
        <w:tc>
          <w:tcPr>
            <w:tcW w:w="6095" w:type="dxa"/>
          </w:tcPr>
          <w:p w14:paraId="27EA2EDF" w14:textId="331D4D04" w:rsidR="008F6F5C" w:rsidRDefault="0089399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93992">
              <w:t>Explorating</w:t>
            </w:r>
            <w:proofErr w:type="spellEnd"/>
            <w:r w:rsidRPr="00893992">
              <w:t xml:space="preserve"> of </w:t>
            </w:r>
            <w:proofErr w:type="spellStart"/>
            <w:r w:rsidRPr="00893992">
              <w:t>Characeae</w:t>
            </w:r>
            <w:proofErr w:type="spellEnd"/>
            <w:r w:rsidRPr="00893992">
              <w:t xml:space="preserve"> in genomic era".</w:t>
            </w:r>
            <w:r w:rsidR="006901E2">
              <w:t xml:space="preserve"> /</w:t>
            </w:r>
            <w:r w:rsidRPr="00893992">
              <w:t xml:space="preserve"> 09.3.3-LMT-K-712-07-0009, 2018</w:t>
            </w:r>
            <w:r>
              <w:t xml:space="preserve"> / </w:t>
            </w:r>
            <w:r w:rsidRPr="00893992">
              <w:t>Head of the project</w:t>
            </w:r>
          </w:p>
        </w:tc>
      </w:tr>
      <w:tr w:rsidR="008F6F5C" w14:paraId="4EE5844A" w14:textId="77777777" w:rsidTr="008F6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432E0F8A" w14:textId="77777777" w:rsidR="008F6F5C" w:rsidRPr="00B646C3" w:rsidRDefault="008F6F5C">
            <w:pPr>
              <w:spacing w:after="20"/>
              <w:rPr>
                <w:color w:val="808080" w:themeColor="background1" w:themeShade="80"/>
                <w:sz w:val="19"/>
              </w:rPr>
            </w:pPr>
          </w:p>
        </w:tc>
        <w:tc>
          <w:tcPr>
            <w:tcW w:w="2465" w:type="dxa"/>
          </w:tcPr>
          <w:p w14:paraId="59170550" w14:textId="77777777" w:rsidR="008F6F5C" w:rsidRDefault="008F6F5C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5" w:type="dxa"/>
          </w:tcPr>
          <w:p w14:paraId="6333A248" w14:textId="77777777" w:rsidR="008F6F5C" w:rsidRDefault="008F6F5C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D731C7A" w14:textId="77777777" w:rsidR="00FB699D" w:rsidRDefault="00992F79">
      <w:pPr>
        <w:spacing w:before="80" w:after="0"/>
        <w:ind w:left="-680"/>
      </w:pPr>
      <w:r>
        <w:rPr>
          <w:color w:val="009966"/>
          <w:sz w:val="21"/>
        </w:rPr>
        <w:t>●</w:t>
      </w:r>
    </w:p>
    <w:p w14:paraId="74185EF1" w14:textId="77777777" w:rsidR="00F17F91" w:rsidRDefault="00F17F91" w:rsidP="00F17F91">
      <w:pPr>
        <w:spacing w:after="80"/>
        <w:rPr>
          <w:b/>
          <w:color w:val="003366"/>
          <w:sz w:val="22"/>
        </w:rPr>
      </w:pPr>
      <w:r w:rsidRPr="00F17F91">
        <w:rPr>
          <w:b/>
          <w:color w:val="003366"/>
          <w:sz w:val="22"/>
        </w:rPr>
        <w:t>INTERNATIONAL RESEARCH AND TRAINING VISITS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276"/>
        <w:gridCol w:w="87"/>
        <w:gridCol w:w="2323"/>
        <w:gridCol w:w="142"/>
        <w:gridCol w:w="1417"/>
        <w:gridCol w:w="142"/>
        <w:gridCol w:w="4160"/>
      </w:tblGrid>
      <w:tr w:rsidR="00896132" w:rsidRPr="00E80302" w14:paraId="66026601" w14:textId="77777777" w:rsidTr="00695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1034F67" w14:textId="77777777" w:rsidR="00896132" w:rsidRPr="00E80302" w:rsidRDefault="00896132" w:rsidP="00C876F2">
            <w:pPr>
              <w:rPr>
                <w:sz w:val="19"/>
                <w:szCs w:val="19"/>
              </w:rPr>
            </w:pPr>
            <w:r w:rsidRPr="00E80302"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2410" w:type="dxa"/>
            <w:gridSpan w:val="2"/>
          </w:tcPr>
          <w:p w14:paraId="7709CC14" w14:textId="0676B5E7" w:rsidR="00896132" w:rsidRPr="00E80302" w:rsidRDefault="00C876F2" w:rsidP="00C876F2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</w:rPr>
            </w:pPr>
            <w:r w:rsidRPr="00C876F2">
              <w:rPr>
                <w:color w:val="002060"/>
                <w:sz w:val="19"/>
              </w:rPr>
              <w:t>Position / Host institution</w:t>
            </w:r>
          </w:p>
        </w:tc>
        <w:tc>
          <w:tcPr>
            <w:tcW w:w="1559" w:type="dxa"/>
            <w:gridSpan w:val="2"/>
          </w:tcPr>
          <w:p w14:paraId="4DE70BCD" w14:textId="5B849A9D" w:rsidR="00896132" w:rsidRPr="00E80302" w:rsidRDefault="00C876F2" w:rsidP="00C87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C876F2">
              <w:rPr>
                <w:color w:val="003366"/>
                <w:sz w:val="19"/>
                <w:szCs w:val="19"/>
              </w:rPr>
              <w:t xml:space="preserve">Type of visit </w:t>
            </w:r>
          </w:p>
        </w:tc>
        <w:tc>
          <w:tcPr>
            <w:tcW w:w="4298" w:type="dxa"/>
            <w:gridSpan w:val="2"/>
          </w:tcPr>
          <w:p w14:paraId="33BC9DE7" w14:textId="5E04FC17" w:rsidR="00896132" w:rsidRPr="00E80302" w:rsidRDefault="00C876F2" w:rsidP="00C87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3E5E14">
              <w:rPr>
                <w:bCs w:val="0"/>
                <w:color w:val="003366"/>
                <w:sz w:val="19"/>
                <w:szCs w:val="19"/>
              </w:rPr>
              <w:t xml:space="preserve">Purpose </w:t>
            </w:r>
            <w:r w:rsidRPr="008802E2">
              <w:rPr>
                <w:b w:val="0"/>
                <w:color w:val="003366"/>
                <w:sz w:val="19"/>
                <w:szCs w:val="19"/>
              </w:rPr>
              <w:t>(research topic</w:t>
            </w:r>
            <w:r w:rsidR="007F178A">
              <w:rPr>
                <w:b w:val="0"/>
                <w:color w:val="003366"/>
                <w:sz w:val="19"/>
                <w:szCs w:val="19"/>
              </w:rPr>
              <w:t>, etc.</w:t>
            </w:r>
            <w:r w:rsidRPr="008802E2">
              <w:rPr>
                <w:b w:val="0"/>
                <w:color w:val="003366"/>
                <w:sz w:val="19"/>
                <w:szCs w:val="19"/>
              </w:rPr>
              <w:t>)</w:t>
            </w:r>
            <w:r w:rsidRPr="003E5E14">
              <w:rPr>
                <w:bCs w:val="0"/>
                <w:color w:val="003366"/>
                <w:sz w:val="19"/>
                <w:szCs w:val="19"/>
              </w:rPr>
              <w:t xml:space="preserve"> / Activities </w:t>
            </w:r>
            <w:r w:rsidRPr="008802E2">
              <w:rPr>
                <w:b w:val="0"/>
                <w:color w:val="003366"/>
                <w:sz w:val="19"/>
                <w:szCs w:val="19"/>
              </w:rPr>
              <w:t>(methods learned, training received</w:t>
            </w:r>
            <w:r w:rsidR="007F178A">
              <w:rPr>
                <w:b w:val="0"/>
                <w:color w:val="003366"/>
                <w:sz w:val="19"/>
                <w:szCs w:val="19"/>
              </w:rPr>
              <w:t>, etc</w:t>
            </w:r>
            <w:r w:rsidRPr="008802E2">
              <w:rPr>
                <w:b w:val="0"/>
                <w:color w:val="003366"/>
                <w:sz w:val="19"/>
                <w:szCs w:val="19"/>
              </w:rPr>
              <w:t>.)</w:t>
            </w:r>
          </w:p>
        </w:tc>
      </w:tr>
      <w:tr w:rsidR="00896132" w14:paraId="737C5301" w14:textId="77777777" w:rsidTr="00695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5103252" w14:textId="51830840" w:rsidR="00896132" w:rsidRPr="00867D0C" w:rsidRDefault="00896132" w:rsidP="008F736D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8F736D">
              <w:rPr>
                <w:color w:val="646464"/>
                <w:sz w:val="19"/>
              </w:rPr>
              <w:t>24</w:t>
            </w:r>
          </w:p>
        </w:tc>
        <w:tc>
          <w:tcPr>
            <w:tcW w:w="2410" w:type="dxa"/>
            <w:gridSpan w:val="2"/>
          </w:tcPr>
          <w:p w14:paraId="5967343A" w14:textId="07524B2C" w:rsidR="00896132" w:rsidRDefault="008F736D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736D">
              <w:t>UNIVERSITA DEGLI STUDI DI GENOVA</w:t>
            </w:r>
            <w:r>
              <w:t>, Italy</w:t>
            </w:r>
          </w:p>
        </w:tc>
        <w:tc>
          <w:tcPr>
            <w:tcW w:w="1559" w:type="dxa"/>
            <w:gridSpan w:val="2"/>
          </w:tcPr>
          <w:p w14:paraId="674B7700" w14:textId="29CE273D" w:rsidR="00896132" w:rsidRDefault="008F736D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Erasmus training</w:t>
            </w:r>
          </w:p>
        </w:tc>
        <w:tc>
          <w:tcPr>
            <w:tcW w:w="4298" w:type="dxa"/>
            <w:gridSpan w:val="2"/>
          </w:tcPr>
          <w:p w14:paraId="55212459" w14:textId="59522D76" w:rsidR="00896132" w:rsidRDefault="008F736D" w:rsidP="008F736D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determination of the functional characteristics of </w:t>
            </w:r>
            <w:proofErr w:type="spellStart"/>
            <w:r>
              <w:t>tonoplast</w:t>
            </w:r>
            <w:proofErr w:type="spellEnd"/>
            <w:r>
              <w:t xml:space="preserve"> ion channels and transporters in higher plants</w:t>
            </w:r>
          </w:p>
        </w:tc>
      </w:tr>
      <w:tr w:rsidR="00896132" w14:paraId="0A77214B" w14:textId="77777777" w:rsidTr="00695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389440E" w14:textId="217A3077" w:rsidR="00896132" w:rsidRPr="00867D0C" w:rsidRDefault="00896132" w:rsidP="008F736D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lastRenderedPageBreak/>
              <w:t>20</w:t>
            </w:r>
            <w:r w:rsidR="008F736D">
              <w:rPr>
                <w:color w:val="646464"/>
                <w:sz w:val="19"/>
              </w:rPr>
              <w:t>23</w:t>
            </w:r>
          </w:p>
        </w:tc>
        <w:tc>
          <w:tcPr>
            <w:tcW w:w="2410" w:type="dxa"/>
            <w:gridSpan w:val="2"/>
          </w:tcPr>
          <w:p w14:paraId="440475C6" w14:textId="449515B0" w:rsidR="00896132" w:rsidRPr="008F736D" w:rsidRDefault="008F736D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8F736D">
              <w:rPr>
                <w:rFonts w:asciiTheme="majorHAnsi" w:hAnsiTheme="majorHAnsi" w:cstheme="majorHAnsi"/>
                <w:bCs/>
                <w:lang w:val="lt-LT"/>
              </w:rPr>
              <w:t xml:space="preserve">University </w:t>
            </w:r>
            <w:proofErr w:type="spellStart"/>
            <w:r w:rsidRPr="008F736D">
              <w:rPr>
                <w:rFonts w:asciiTheme="majorHAnsi" w:hAnsiTheme="majorHAnsi" w:cstheme="majorHAnsi"/>
                <w:bCs/>
                <w:lang w:val="lt-LT"/>
              </w:rPr>
              <w:t>of</w:t>
            </w:r>
            <w:proofErr w:type="spellEnd"/>
            <w:r w:rsidRPr="008F736D">
              <w:rPr>
                <w:rFonts w:asciiTheme="majorHAnsi" w:hAnsiTheme="majorHAnsi" w:cstheme="majorHAnsi"/>
                <w:bCs/>
                <w:lang w:val="lt-LT"/>
              </w:rPr>
              <w:t xml:space="preserve"> </w:t>
            </w:r>
            <w:proofErr w:type="spellStart"/>
            <w:r w:rsidRPr="008F736D">
              <w:rPr>
                <w:rFonts w:asciiTheme="majorHAnsi" w:hAnsiTheme="majorHAnsi" w:cstheme="majorHAnsi"/>
                <w:bCs/>
                <w:lang w:val="lt-LT"/>
              </w:rPr>
              <w:t>Salzburg</w:t>
            </w:r>
            <w:proofErr w:type="spellEnd"/>
            <w:r w:rsidRPr="008F736D">
              <w:rPr>
                <w:rFonts w:asciiTheme="majorHAnsi" w:hAnsiTheme="majorHAnsi" w:cstheme="majorHAnsi"/>
                <w:bCs/>
                <w:lang w:val="lt-LT"/>
              </w:rPr>
              <w:t xml:space="preserve">, </w:t>
            </w:r>
            <w:proofErr w:type="spellStart"/>
            <w:r w:rsidRPr="008F736D">
              <w:rPr>
                <w:rFonts w:asciiTheme="majorHAnsi" w:hAnsiTheme="majorHAnsi" w:cstheme="majorHAnsi"/>
                <w:bCs/>
                <w:lang w:val="lt-LT"/>
              </w:rPr>
              <w:t>Austria</w:t>
            </w:r>
            <w:proofErr w:type="spellEnd"/>
          </w:p>
        </w:tc>
        <w:tc>
          <w:tcPr>
            <w:tcW w:w="1559" w:type="dxa"/>
            <w:gridSpan w:val="2"/>
          </w:tcPr>
          <w:p w14:paraId="7A26F89B" w14:textId="73A95A1B" w:rsidR="00896132" w:rsidRDefault="008F736D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Erasmus training</w:t>
            </w:r>
          </w:p>
        </w:tc>
        <w:tc>
          <w:tcPr>
            <w:tcW w:w="4298" w:type="dxa"/>
            <w:gridSpan w:val="2"/>
          </w:tcPr>
          <w:p w14:paraId="441C3DAE" w14:textId="56A10AB2" w:rsidR="00896132" w:rsidRDefault="008F736D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736D">
              <w:t xml:space="preserve">Possibilities of confocal fluorescence microscopy in order of identification of acidic and alkaline regions in </w:t>
            </w:r>
            <w:proofErr w:type="spellStart"/>
            <w:r w:rsidRPr="008F736D">
              <w:t>Characeae</w:t>
            </w:r>
            <w:proofErr w:type="spellEnd"/>
          </w:p>
        </w:tc>
      </w:tr>
      <w:tr w:rsidR="00896132" w14:paraId="378E1F02" w14:textId="77777777" w:rsidTr="00695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744EF00" w14:textId="1C535F1C" w:rsidR="00896132" w:rsidRPr="00867D0C" w:rsidRDefault="00896132" w:rsidP="008F736D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8F736D">
              <w:rPr>
                <w:color w:val="646464"/>
                <w:sz w:val="19"/>
              </w:rPr>
              <w:t>18</w:t>
            </w:r>
          </w:p>
        </w:tc>
        <w:tc>
          <w:tcPr>
            <w:tcW w:w="2410" w:type="dxa"/>
            <w:gridSpan w:val="2"/>
          </w:tcPr>
          <w:p w14:paraId="4A9181AE" w14:textId="18C56A19" w:rsidR="00896132" w:rsidRDefault="008F736D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736D">
              <w:t>Kobe University</w:t>
            </w:r>
            <w:r>
              <w:t>, Japan</w:t>
            </w:r>
          </w:p>
        </w:tc>
        <w:tc>
          <w:tcPr>
            <w:tcW w:w="1559" w:type="dxa"/>
            <w:gridSpan w:val="2"/>
          </w:tcPr>
          <w:p w14:paraId="4B28D045" w14:textId="199B2C64" w:rsidR="00896132" w:rsidRDefault="00EC1F5A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</w:t>
            </w:r>
            <w:r w:rsidR="008F736D">
              <w:t xml:space="preserve">aining </w:t>
            </w:r>
            <w:proofErr w:type="spellStart"/>
            <w:r w:rsidR="008F736D">
              <w:t>visist</w:t>
            </w:r>
            <w:proofErr w:type="spellEnd"/>
          </w:p>
        </w:tc>
        <w:tc>
          <w:tcPr>
            <w:tcW w:w="4298" w:type="dxa"/>
            <w:gridSpan w:val="2"/>
          </w:tcPr>
          <w:p w14:paraId="77CABBA8" w14:textId="04594DA3" w:rsidR="00896132" w:rsidRDefault="008F736D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F736D">
              <w:t>Explorating</w:t>
            </w:r>
            <w:proofErr w:type="spellEnd"/>
            <w:r w:rsidRPr="008F736D">
              <w:t xml:space="preserve"> of </w:t>
            </w:r>
            <w:proofErr w:type="spellStart"/>
            <w:r w:rsidRPr="008F736D">
              <w:t>Characeae</w:t>
            </w:r>
            <w:proofErr w:type="spellEnd"/>
            <w:r w:rsidRPr="008F736D">
              <w:t xml:space="preserve"> in genomic era</w:t>
            </w:r>
          </w:p>
        </w:tc>
      </w:tr>
      <w:tr w:rsidR="00896132" w14:paraId="17D62834" w14:textId="77777777" w:rsidTr="00695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gridSpan w:val="2"/>
          </w:tcPr>
          <w:p w14:paraId="163A3A97" w14:textId="521C3BF6" w:rsidR="00896132" w:rsidRPr="00B646C3" w:rsidRDefault="00EC1F5A">
            <w:pPr>
              <w:spacing w:after="20"/>
              <w:rPr>
                <w:color w:val="808080" w:themeColor="background1" w:themeShade="80"/>
                <w:sz w:val="19"/>
              </w:rPr>
            </w:pPr>
            <w:r>
              <w:rPr>
                <w:color w:val="808080" w:themeColor="background1" w:themeShade="80"/>
                <w:sz w:val="19"/>
              </w:rPr>
              <w:t>2023</w:t>
            </w:r>
          </w:p>
        </w:tc>
        <w:tc>
          <w:tcPr>
            <w:tcW w:w="2465" w:type="dxa"/>
            <w:gridSpan w:val="2"/>
          </w:tcPr>
          <w:p w14:paraId="52E66821" w14:textId="56BF7E85" w:rsidR="00896132" w:rsidRDefault="00EC1F5A" w:rsidP="0069564E">
            <w:pPr>
              <w:spacing w:after="20"/>
              <w:ind w:left="-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Palacky</w:t>
            </w:r>
            <w:proofErr w:type="spellEnd"/>
            <w:r>
              <w:t xml:space="preserve"> University in Olomouc, Czech </w:t>
            </w:r>
          </w:p>
        </w:tc>
        <w:tc>
          <w:tcPr>
            <w:tcW w:w="1559" w:type="dxa"/>
            <w:gridSpan w:val="2"/>
          </w:tcPr>
          <w:p w14:paraId="6C359972" w14:textId="0E607131" w:rsidR="00896132" w:rsidRDefault="00EC1F5A" w:rsidP="0069564E">
            <w:pPr>
              <w:spacing w:after="20"/>
              <w:ind w:left="-112" w:right="7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Erasmus training</w:t>
            </w:r>
          </w:p>
        </w:tc>
        <w:tc>
          <w:tcPr>
            <w:tcW w:w="4160" w:type="dxa"/>
          </w:tcPr>
          <w:p w14:paraId="5F4C93FD" w14:textId="053B55D7" w:rsidR="00896132" w:rsidRDefault="00EC1F5A" w:rsidP="0069564E">
            <w:pPr>
              <w:spacing w:after="20"/>
              <w:ind w:left="170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Pr="00EC1F5A">
              <w:t>lectrophysiological techniques</w:t>
            </w:r>
          </w:p>
        </w:tc>
      </w:tr>
    </w:tbl>
    <w:p w14:paraId="544C5760" w14:textId="77777777" w:rsidR="00FB699D" w:rsidRDefault="00992F79">
      <w:pPr>
        <w:spacing w:before="80" w:after="0"/>
        <w:ind w:left="-680"/>
      </w:pPr>
      <w:r>
        <w:rPr>
          <w:color w:val="009966"/>
          <w:sz w:val="21"/>
        </w:rPr>
        <w:t>●</w:t>
      </w:r>
    </w:p>
    <w:p w14:paraId="20F92D7F" w14:textId="10A7B478" w:rsidR="00961B2A" w:rsidRDefault="00837117">
      <w:pPr>
        <w:spacing w:after="40"/>
        <w:rPr>
          <w:b/>
          <w:color w:val="003366"/>
          <w:sz w:val="22"/>
        </w:rPr>
      </w:pPr>
      <w:r>
        <w:rPr>
          <w:b/>
          <w:color w:val="003366"/>
          <w:sz w:val="22"/>
        </w:rPr>
        <w:t>SUPERVISING EXPERIENCE</w:t>
      </w:r>
    </w:p>
    <w:p w14:paraId="7073C562" w14:textId="77777777" w:rsidR="002A6B70" w:rsidRPr="00961B2A" w:rsidRDefault="002A6B70">
      <w:pPr>
        <w:spacing w:after="40"/>
        <w:rPr>
          <w:b/>
          <w:color w:val="003366"/>
          <w:sz w:val="22"/>
        </w:rPr>
      </w:pPr>
    </w:p>
    <w:tbl>
      <w:tblPr>
        <w:tblStyle w:val="PlainTable4"/>
        <w:tblW w:w="9803" w:type="dxa"/>
        <w:tblLayout w:type="fixed"/>
        <w:tblLook w:val="04A0" w:firstRow="1" w:lastRow="0" w:firstColumn="1" w:lastColumn="0" w:noHBand="0" w:noVBand="1"/>
      </w:tblPr>
      <w:tblGrid>
        <w:gridCol w:w="3705"/>
        <w:gridCol w:w="6098"/>
      </w:tblGrid>
      <w:tr w:rsidR="00240707" w:rsidRPr="00063CF2" w14:paraId="267BB144" w14:textId="34BB0234" w:rsidTr="002C1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5" w:type="dxa"/>
          </w:tcPr>
          <w:p w14:paraId="77E4FAF0" w14:textId="0C9C00A0" w:rsidR="00240707" w:rsidRPr="00E80302" w:rsidRDefault="00240707" w:rsidP="00961B2A">
            <w:pPr>
              <w:spacing w:after="20"/>
              <w:rPr>
                <w:i/>
                <w:iCs/>
                <w:color w:val="646464"/>
                <w:sz w:val="19"/>
                <w:szCs w:val="19"/>
              </w:rPr>
            </w:pPr>
            <w:r w:rsidRPr="00E80302">
              <w:rPr>
                <w:color w:val="003366"/>
                <w:sz w:val="19"/>
                <w:szCs w:val="19"/>
              </w:rPr>
              <w:t>Category</w:t>
            </w:r>
          </w:p>
        </w:tc>
        <w:tc>
          <w:tcPr>
            <w:tcW w:w="6098" w:type="dxa"/>
          </w:tcPr>
          <w:p w14:paraId="05504961" w14:textId="358BEBAA" w:rsidR="00240707" w:rsidRPr="00E80302" w:rsidRDefault="00240707" w:rsidP="002516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E80302">
              <w:rPr>
                <w:color w:val="003366"/>
                <w:sz w:val="19"/>
                <w:szCs w:val="19"/>
              </w:rPr>
              <w:t>Total number</w:t>
            </w:r>
            <w:r w:rsidR="00251674">
              <w:rPr>
                <w:color w:val="003366"/>
                <w:sz w:val="19"/>
                <w:szCs w:val="19"/>
              </w:rPr>
              <w:t xml:space="preserve"> 11</w:t>
            </w:r>
            <w:r w:rsidR="007A3C1B">
              <w:rPr>
                <w:color w:val="003366"/>
                <w:sz w:val="19"/>
                <w:szCs w:val="19"/>
              </w:rPr>
              <w:t xml:space="preserve">                Exceptional achievements </w:t>
            </w:r>
            <w:r w:rsidR="002C1DF6">
              <w:rPr>
                <w:color w:val="003366"/>
                <w:sz w:val="19"/>
                <w:szCs w:val="19"/>
              </w:rPr>
              <w:t>of supervisee</w:t>
            </w:r>
          </w:p>
        </w:tc>
      </w:tr>
      <w:tr w:rsidR="00240707" w:rsidRPr="00063CF2" w14:paraId="5CA0EAC6" w14:textId="32B14C7D" w:rsidTr="002C1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5" w:type="dxa"/>
          </w:tcPr>
          <w:p w14:paraId="25482ADB" w14:textId="45F01C8D" w:rsidR="00240707" w:rsidRPr="00867D0C" w:rsidRDefault="00240707" w:rsidP="00961B2A">
            <w:pPr>
              <w:spacing w:after="20"/>
              <w:rPr>
                <w:i/>
                <w:iCs/>
                <w:color w:val="646464"/>
              </w:rPr>
            </w:pPr>
            <w:r w:rsidRPr="00867D0C">
              <w:rPr>
                <w:color w:val="646464"/>
                <w:sz w:val="19"/>
              </w:rPr>
              <w:t>Master’s</w:t>
            </w:r>
          </w:p>
        </w:tc>
        <w:tc>
          <w:tcPr>
            <w:tcW w:w="6098" w:type="dxa"/>
          </w:tcPr>
          <w:p w14:paraId="56D024A9" w14:textId="1FB66FCD" w:rsidR="00240707" w:rsidRPr="00240707" w:rsidRDefault="00251674" w:rsidP="00961B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240707" w:rsidRPr="00063CF2" w14:paraId="493E5460" w14:textId="77777777" w:rsidTr="002C1DF6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5" w:type="dxa"/>
          </w:tcPr>
          <w:p w14:paraId="12D0EFA4" w14:textId="426655A4" w:rsidR="00240707" w:rsidRPr="00867D0C" w:rsidRDefault="00240707" w:rsidP="00961B2A">
            <w:pPr>
              <w:spacing w:after="20"/>
              <w:rPr>
                <w:i/>
                <w:iCs/>
                <w:color w:val="646464"/>
              </w:rPr>
            </w:pPr>
            <w:r w:rsidRPr="00867D0C">
              <w:rPr>
                <w:color w:val="646464"/>
                <w:sz w:val="19"/>
              </w:rPr>
              <w:t>PhD</w:t>
            </w:r>
          </w:p>
        </w:tc>
        <w:tc>
          <w:tcPr>
            <w:tcW w:w="6098" w:type="dxa"/>
          </w:tcPr>
          <w:p w14:paraId="7486310E" w14:textId="20E1D716" w:rsidR="00240707" w:rsidRPr="00063CF2" w:rsidRDefault="008F736D" w:rsidP="0069564E">
            <w:pPr>
              <w:ind w:left="577" w:hanging="5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EC1F5A">
              <w:t xml:space="preserve">            </w:t>
            </w:r>
            <w:proofErr w:type="spellStart"/>
            <w:r w:rsidR="00EC1F5A">
              <w:t>Pupkis</w:t>
            </w:r>
            <w:proofErr w:type="spellEnd"/>
            <w:r w:rsidR="00EC1F5A">
              <w:t xml:space="preserve"> V. </w:t>
            </w:r>
            <w:r w:rsidR="0069564E">
              <w:t xml:space="preserve"> </w:t>
            </w:r>
            <w:r w:rsidR="00EC1F5A">
              <w:t>14</w:t>
            </w:r>
            <w:r w:rsidR="00EC1F5A">
              <w:rPr>
                <w:i/>
                <w:iCs/>
              </w:rPr>
              <w:t>th</w:t>
            </w:r>
            <w:r w:rsidR="00EC1F5A">
              <w:t xml:space="preserve"> EBSA Congress, 2023, Stockholm, Poster presentation selected for the </w:t>
            </w:r>
            <w:r w:rsidR="00EC1F5A">
              <w:rPr>
                <w:i/>
                <w:iCs/>
              </w:rPr>
              <w:t>BPS-EBSA Student Poster Award</w:t>
            </w:r>
          </w:p>
        </w:tc>
      </w:tr>
      <w:tr w:rsidR="00240707" w:rsidRPr="00063CF2" w14:paraId="06D97102" w14:textId="77777777" w:rsidTr="002C1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5" w:type="dxa"/>
          </w:tcPr>
          <w:p w14:paraId="4C7217C1" w14:textId="3ED0C692" w:rsidR="00240707" w:rsidRPr="00867D0C" w:rsidRDefault="00240707" w:rsidP="00961B2A">
            <w:pPr>
              <w:spacing w:after="20"/>
              <w:rPr>
                <w:i/>
                <w:iCs/>
                <w:color w:val="646464"/>
              </w:rPr>
            </w:pPr>
            <w:r w:rsidRPr="00867D0C">
              <w:rPr>
                <w:color w:val="646464"/>
                <w:sz w:val="19"/>
              </w:rPr>
              <w:t>Postdoctoral fellows</w:t>
            </w:r>
          </w:p>
        </w:tc>
        <w:tc>
          <w:tcPr>
            <w:tcW w:w="6098" w:type="dxa"/>
          </w:tcPr>
          <w:p w14:paraId="50062A2B" w14:textId="0267B0D3" w:rsidR="00240707" w:rsidRPr="00063CF2" w:rsidRDefault="00240707" w:rsidP="00961B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1C72" w:rsidRPr="00063CF2" w14:paraId="3968A485" w14:textId="77777777" w:rsidTr="002C1DF6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5" w:type="dxa"/>
          </w:tcPr>
          <w:p w14:paraId="423753FA" w14:textId="77777777" w:rsidR="00D11C72" w:rsidRPr="00240707" w:rsidRDefault="00D11C72" w:rsidP="00961B2A">
            <w:pPr>
              <w:spacing w:after="20"/>
              <w:rPr>
                <w:color w:val="646464"/>
                <w:sz w:val="19"/>
              </w:rPr>
            </w:pPr>
          </w:p>
        </w:tc>
        <w:tc>
          <w:tcPr>
            <w:tcW w:w="6098" w:type="dxa"/>
          </w:tcPr>
          <w:p w14:paraId="5F9D879E" w14:textId="77777777" w:rsidR="00D11C72" w:rsidRPr="00063CF2" w:rsidRDefault="00D11C72" w:rsidP="00961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E6C977E" w14:textId="77777777" w:rsidR="00FB699D" w:rsidRDefault="00992F79">
      <w:pPr>
        <w:spacing w:before="80" w:after="0"/>
        <w:ind w:left="-680"/>
      </w:pPr>
      <w:r>
        <w:rPr>
          <w:color w:val="009966"/>
          <w:sz w:val="21"/>
        </w:rPr>
        <w:t>●</w:t>
      </w:r>
    </w:p>
    <w:p w14:paraId="06FCB70F" w14:textId="047BDBC2" w:rsidR="00FB699D" w:rsidRDefault="00D850C8">
      <w:pPr>
        <w:spacing w:after="40"/>
        <w:rPr>
          <w:b/>
          <w:color w:val="003366"/>
          <w:sz w:val="22"/>
        </w:rPr>
      </w:pPr>
      <w:r w:rsidRPr="00D850C8">
        <w:rPr>
          <w:b/>
          <w:color w:val="003366"/>
          <w:sz w:val="22"/>
        </w:rPr>
        <w:t>EXPERT ACTIVITIES AND CONSULTING ROLES</w:t>
      </w:r>
      <w:r w:rsidR="00961B2A" w:rsidRPr="003F7FA0">
        <w:rPr>
          <w:b/>
          <w:color w:val="1F497D" w:themeColor="text2"/>
          <w:sz w:val="22"/>
        </w:rPr>
        <w:t>, ETC.</w:t>
      </w:r>
    </w:p>
    <w:p w14:paraId="28077EB6" w14:textId="77777777" w:rsidR="00D850C8" w:rsidRDefault="00D850C8">
      <w:pPr>
        <w:spacing w:after="40"/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363"/>
        <w:gridCol w:w="3459"/>
        <w:gridCol w:w="2642"/>
        <w:gridCol w:w="2792"/>
      </w:tblGrid>
      <w:tr w:rsidR="00D850C8" w14:paraId="1E875076" w14:textId="77777777" w:rsidTr="00D11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4294D1CD" w14:textId="77777777" w:rsidR="008114A8" w:rsidRPr="00E80302" w:rsidRDefault="00180142" w:rsidP="00E80302">
            <w:pPr>
              <w:rPr>
                <w:sz w:val="19"/>
                <w:szCs w:val="19"/>
              </w:rPr>
            </w:pPr>
            <w:r w:rsidRPr="00E80302"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3459" w:type="dxa"/>
          </w:tcPr>
          <w:p w14:paraId="62417C76" w14:textId="476A6AFB" w:rsidR="00D850C8" w:rsidRPr="00E80302" w:rsidRDefault="00D850C8" w:rsidP="00E80302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</w:rPr>
            </w:pPr>
            <w:r w:rsidRPr="00E80302">
              <w:rPr>
                <w:bCs w:val="0"/>
                <w:color w:val="003366"/>
                <w:sz w:val="19"/>
                <w:szCs w:val="19"/>
              </w:rPr>
              <w:t xml:space="preserve">Role </w:t>
            </w:r>
            <w:r w:rsidRPr="00207E4A">
              <w:rPr>
                <w:b w:val="0"/>
                <w:color w:val="003366"/>
                <w:sz w:val="19"/>
                <w:szCs w:val="19"/>
              </w:rPr>
              <w:t>(</w:t>
            </w:r>
            <w:r w:rsidR="003874BD" w:rsidRPr="00207E4A">
              <w:rPr>
                <w:b w:val="0"/>
                <w:color w:val="003366"/>
                <w:sz w:val="19"/>
                <w:szCs w:val="19"/>
              </w:rPr>
              <w:t>e</w:t>
            </w:r>
            <w:r w:rsidRPr="00207E4A">
              <w:rPr>
                <w:b w:val="0"/>
                <w:color w:val="003366"/>
                <w:sz w:val="19"/>
                <w:szCs w:val="19"/>
              </w:rPr>
              <w:t>xpert, reviewer, consultant)</w:t>
            </w:r>
          </w:p>
        </w:tc>
        <w:tc>
          <w:tcPr>
            <w:tcW w:w="2642" w:type="dxa"/>
          </w:tcPr>
          <w:p w14:paraId="0550B6A7" w14:textId="39B02DE2" w:rsidR="008114A8" w:rsidRPr="00E80302" w:rsidRDefault="008B25D6" w:rsidP="00E803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E80302">
              <w:rPr>
                <w:color w:val="003366"/>
                <w:sz w:val="19"/>
                <w:szCs w:val="19"/>
              </w:rPr>
              <w:t>Organization</w:t>
            </w:r>
            <w:r w:rsidR="00180142" w:rsidRPr="00E80302">
              <w:rPr>
                <w:color w:val="003366"/>
                <w:sz w:val="19"/>
                <w:szCs w:val="19"/>
              </w:rPr>
              <w:t xml:space="preserve"> / </w:t>
            </w:r>
            <w:proofErr w:type="spellStart"/>
            <w:r w:rsidR="00180142" w:rsidRPr="00E80302">
              <w:rPr>
                <w:color w:val="003366"/>
                <w:sz w:val="19"/>
                <w:szCs w:val="19"/>
              </w:rPr>
              <w:t>Programme</w:t>
            </w:r>
            <w:proofErr w:type="spellEnd"/>
          </w:p>
        </w:tc>
        <w:tc>
          <w:tcPr>
            <w:tcW w:w="2792" w:type="dxa"/>
          </w:tcPr>
          <w:p w14:paraId="047BDAD8" w14:textId="59186D7D" w:rsidR="008114A8" w:rsidRPr="00E80302" w:rsidRDefault="00180142" w:rsidP="00E803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E80302">
              <w:rPr>
                <w:color w:val="003366"/>
                <w:sz w:val="19"/>
                <w:szCs w:val="19"/>
              </w:rPr>
              <w:t>Level</w:t>
            </w:r>
            <w:r w:rsidR="004A218F" w:rsidRPr="00E80302">
              <w:rPr>
                <w:color w:val="003366"/>
                <w:sz w:val="19"/>
                <w:szCs w:val="19"/>
              </w:rPr>
              <w:t xml:space="preserve"> </w:t>
            </w:r>
            <w:r w:rsidR="004A218F" w:rsidRPr="008802E2">
              <w:rPr>
                <w:b w:val="0"/>
                <w:bCs w:val="0"/>
                <w:color w:val="003366"/>
                <w:sz w:val="19"/>
                <w:szCs w:val="19"/>
              </w:rPr>
              <w:t>(</w:t>
            </w:r>
            <w:r w:rsidR="003874BD" w:rsidRPr="008802E2">
              <w:rPr>
                <w:b w:val="0"/>
                <w:bCs w:val="0"/>
                <w:color w:val="003366"/>
                <w:sz w:val="19"/>
                <w:szCs w:val="19"/>
              </w:rPr>
              <w:t>n</w:t>
            </w:r>
            <w:r w:rsidR="004A218F" w:rsidRPr="008802E2">
              <w:rPr>
                <w:b w:val="0"/>
                <w:bCs w:val="0"/>
                <w:color w:val="003366"/>
                <w:sz w:val="19"/>
                <w:szCs w:val="19"/>
              </w:rPr>
              <w:t>ational, internation)</w:t>
            </w:r>
          </w:p>
        </w:tc>
      </w:tr>
      <w:tr w:rsidR="00D850C8" w14:paraId="51AD396B" w14:textId="77777777" w:rsidTr="00D11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482676FD" w14:textId="294D73B5" w:rsidR="00D850C8" w:rsidRPr="00867D0C" w:rsidRDefault="00D850C8" w:rsidP="00251674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251674">
              <w:rPr>
                <w:color w:val="646464"/>
                <w:sz w:val="19"/>
              </w:rPr>
              <w:t>21,</w:t>
            </w:r>
            <w:r w:rsidR="00251674" w:rsidRPr="00867D0C">
              <w:rPr>
                <w:color w:val="646464"/>
                <w:sz w:val="19"/>
              </w:rPr>
              <w:t xml:space="preserve"> </w:t>
            </w:r>
            <w:r w:rsidRPr="00867D0C">
              <w:rPr>
                <w:color w:val="646464"/>
                <w:sz w:val="19"/>
              </w:rPr>
              <w:t>20</w:t>
            </w:r>
            <w:r w:rsidR="00251674">
              <w:rPr>
                <w:color w:val="646464"/>
                <w:sz w:val="19"/>
              </w:rPr>
              <w:t>24</w:t>
            </w:r>
          </w:p>
        </w:tc>
        <w:tc>
          <w:tcPr>
            <w:tcW w:w="3459" w:type="dxa"/>
          </w:tcPr>
          <w:p w14:paraId="06AFA3A0" w14:textId="67296A7B" w:rsidR="00D850C8" w:rsidRPr="00251674" w:rsidRDefault="00251674" w:rsidP="00251674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0"/>
              </w:rPr>
            </w:pPr>
            <w:r w:rsidRPr="00251674">
              <w:rPr>
                <w:rFonts w:asciiTheme="majorHAnsi" w:hAnsiTheme="majorHAnsi" w:cstheme="majorHAnsi"/>
                <w:szCs w:val="20"/>
              </w:rPr>
              <w:t>expert</w:t>
            </w:r>
          </w:p>
        </w:tc>
        <w:tc>
          <w:tcPr>
            <w:tcW w:w="2642" w:type="dxa"/>
          </w:tcPr>
          <w:p w14:paraId="1B24F131" w14:textId="001DF46A" w:rsidR="00D850C8" w:rsidRPr="00251674" w:rsidRDefault="00251674" w:rsidP="00D850C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LJMS /</w:t>
            </w:r>
            <w:r w:rsidRPr="00251674">
              <w:rPr>
                <w:rFonts w:asciiTheme="majorHAnsi" w:hAnsiTheme="majorHAnsi" w:cstheme="majorHAnsi"/>
                <w:szCs w:val="20"/>
              </w:rPr>
              <w:t>Best dissertation</w:t>
            </w:r>
            <w:r>
              <w:rPr>
                <w:rFonts w:asciiTheme="majorHAnsi" w:hAnsiTheme="majorHAnsi" w:cstheme="majorHAnsi"/>
                <w:szCs w:val="20"/>
              </w:rPr>
              <w:t>s</w:t>
            </w:r>
          </w:p>
        </w:tc>
        <w:tc>
          <w:tcPr>
            <w:tcW w:w="2792" w:type="dxa"/>
          </w:tcPr>
          <w:p w14:paraId="7345A3E3" w14:textId="4125EF58" w:rsidR="00D850C8" w:rsidRDefault="00251674" w:rsidP="00D850C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national</w:t>
            </w:r>
          </w:p>
        </w:tc>
      </w:tr>
      <w:tr w:rsidR="00D850C8" w14:paraId="366CC67E" w14:textId="77777777" w:rsidTr="00D11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7D80A4BF" w14:textId="76304390" w:rsidR="00D850C8" w:rsidRPr="00867D0C" w:rsidRDefault="00D850C8" w:rsidP="001264EC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1264EC">
              <w:rPr>
                <w:color w:val="646464"/>
                <w:sz w:val="19"/>
              </w:rPr>
              <w:t>24</w:t>
            </w:r>
          </w:p>
        </w:tc>
        <w:tc>
          <w:tcPr>
            <w:tcW w:w="3459" w:type="dxa"/>
          </w:tcPr>
          <w:p w14:paraId="4B3D1C49" w14:textId="22AD15F4" w:rsidR="00D850C8" w:rsidRDefault="001264EC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E4A">
              <w:rPr>
                <w:color w:val="003366"/>
                <w:sz w:val="19"/>
                <w:szCs w:val="19"/>
              </w:rPr>
              <w:t>reviewer</w:t>
            </w:r>
          </w:p>
        </w:tc>
        <w:tc>
          <w:tcPr>
            <w:tcW w:w="2642" w:type="dxa"/>
          </w:tcPr>
          <w:p w14:paraId="027301C0" w14:textId="0D14A69A" w:rsidR="00D850C8" w:rsidRDefault="001264EC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Physiologia</w:t>
            </w:r>
            <w:proofErr w:type="spellEnd"/>
            <w:r>
              <w:t xml:space="preserve"> </w:t>
            </w:r>
            <w:proofErr w:type="spellStart"/>
            <w:r>
              <w:t>plantarum</w:t>
            </w:r>
            <w:proofErr w:type="spellEnd"/>
          </w:p>
        </w:tc>
        <w:tc>
          <w:tcPr>
            <w:tcW w:w="2792" w:type="dxa"/>
          </w:tcPr>
          <w:p w14:paraId="1116E570" w14:textId="77777777" w:rsidR="00D850C8" w:rsidRDefault="00D850C8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0C8" w14:paraId="7598996A" w14:textId="77777777" w:rsidTr="00D11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0607A139" w14:textId="77777777" w:rsidR="00D850C8" w:rsidRPr="00867D0C" w:rsidRDefault="00D850C8" w:rsidP="00D850C8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20XX–20XX</w:t>
            </w:r>
          </w:p>
        </w:tc>
        <w:tc>
          <w:tcPr>
            <w:tcW w:w="3459" w:type="dxa"/>
          </w:tcPr>
          <w:p w14:paraId="6DC0CC30" w14:textId="77777777" w:rsidR="00D850C8" w:rsidRDefault="00D850C8" w:rsidP="00D850C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2" w:type="dxa"/>
          </w:tcPr>
          <w:p w14:paraId="18664E64" w14:textId="77777777" w:rsidR="00D850C8" w:rsidRDefault="00D850C8" w:rsidP="00D850C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2" w:type="dxa"/>
          </w:tcPr>
          <w:p w14:paraId="27DA1D09" w14:textId="77777777" w:rsidR="00D850C8" w:rsidRDefault="00D850C8" w:rsidP="00D850C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1C72" w14:paraId="202D16CC" w14:textId="77777777" w:rsidTr="00D11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20C4528B" w14:textId="77777777" w:rsidR="00D11C72" w:rsidRPr="00B646C3" w:rsidRDefault="00D11C72" w:rsidP="00D850C8">
            <w:pPr>
              <w:spacing w:after="20"/>
              <w:rPr>
                <w:color w:val="808080" w:themeColor="background1" w:themeShade="80"/>
                <w:sz w:val="19"/>
              </w:rPr>
            </w:pPr>
          </w:p>
        </w:tc>
        <w:tc>
          <w:tcPr>
            <w:tcW w:w="3459" w:type="dxa"/>
          </w:tcPr>
          <w:p w14:paraId="269F5619" w14:textId="77777777" w:rsidR="00D11C72" w:rsidRDefault="00D11C72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2" w:type="dxa"/>
          </w:tcPr>
          <w:p w14:paraId="49B6B384" w14:textId="77777777" w:rsidR="00D11C72" w:rsidRDefault="00D11C72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2" w:type="dxa"/>
          </w:tcPr>
          <w:p w14:paraId="0111BA84" w14:textId="77777777" w:rsidR="00D11C72" w:rsidRDefault="00D11C72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426BB8" w14:textId="3571C1A3" w:rsidR="00FB699D" w:rsidRDefault="00FB699D" w:rsidP="00D850C8">
      <w:pPr>
        <w:spacing w:after="80"/>
      </w:pPr>
    </w:p>
    <w:p w14:paraId="59309A36" w14:textId="7F8ED88E" w:rsidR="00AE6A4F" w:rsidRDefault="005D4927" w:rsidP="00E80302">
      <w:pPr>
        <w:spacing w:before="80"/>
        <w:ind w:left="-879"/>
        <w:rPr>
          <w:b/>
          <w:bCs/>
          <w:color w:val="009966"/>
          <w:sz w:val="22"/>
        </w:rPr>
      </w:pPr>
      <w:r>
        <w:rPr>
          <w:color w:val="009966"/>
          <w:sz w:val="22"/>
        </w:rPr>
        <w:t xml:space="preserve">    </w:t>
      </w:r>
      <w:r w:rsidR="00AA3F25">
        <w:rPr>
          <w:color w:val="009966"/>
          <w:sz w:val="22"/>
        </w:rPr>
        <w:t>●</w:t>
      </w:r>
      <w:r w:rsidR="00AE6A4F">
        <w:rPr>
          <w:color w:val="009966"/>
          <w:sz w:val="22"/>
        </w:rPr>
        <w:t xml:space="preserve"> </w:t>
      </w:r>
      <w:r w:rsidR="00AE6A4F">
        <w:rPr>
          <w:color w:val="009966"/>
          <w:sz w:val="22"/>
        </w:rPr>
        <w:tab/>
      </w:r>
      <w:r w:rsidR="00AE6A4F" w:rsidRPr="00C170D5">
        <w:rPr>
          <w:b/>
          <w:bCs/>
          <w:color w:val="002060"/>
          <w:sz w:val="22"/>
        </w:rPr>
        <w:t>HONORS AND AWARDS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418"/>
        <w:gridCol w:w="3401"/>
        <w:gridCol w:w="2640"/>
        <w:gridCol w:w="2797"/>
      </w:tblGrid>
      <w:tr w:rsidR="00AE6A4F" w:rsidRPr="00D850C8" w14:paraId="3F0418B3" w14:textId="77777777" w:rsidTr="00E80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898EB79" w14:textId="77777777" w:rsidR="008114A8" w:rsidRPr="00E80302" w:rsidRDefault="00180142" w:rsidP="00240707">
            <w:pPr>
              <w:rPr>
                <w:sz w:val="19"/>
                <w:szCs w:val="19"/>
              </w:rPr>
            </w:pPr>
            <w:r w:rsidRPr="00E80302"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3401" w:type="dxa"/>
          </w:tcPr>
          <w:p w14:paraId="5D8E6356" w14:textId="77777777" w:rsidR="00AE6A4F" w:rsidRPr="00E80302" w:rsidRDefault="00AE6A4F" w:rsidP="00240707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</w:rPr>
            </w:pPr>
            <w:r w:rsidRPr="00E80302">
              <w:rPr>
                <w:bCs w:val="0"/>
                <w:color w:val="003366"/>
                <w:sz w:val="19"/>
                <w:szCs w:val="19"/>
              </w:rPr>
              <w:t>Award / Honor</w:t>
            </w:r>
          </w:p>
        </w:tc>
        <w:tc>
          <w:tcPr>
            <w:tcW w:w="2640" w:type="dxa"/>
          </w:tcPr>
          <w:p w14:paraId="3A85C70A" w14:textId="77777777" w:rsidR="00AE6A4F" w:rsidRPr="00E80302" w:rsidRDefault="00AE6A4F" w:rsidP="00240707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</w:rPr>
            </w:pPr>
            <w:r w:rsidRPr="00E80302">
              <w:rPr>
                <w:bCs w:val="0"/>
                <w:color w:val="003366"/>
                <w:sz w:val="19"/>
                <w:szCs w:val="19"/>
              </w:rPr>
              <w:t>Awarding Institution</w:t>
            </w:r>
          </w:p>
        </w:tc>
        <w:tc>
          <w:tcPr>
            <w:tcW w:w="2797" w:type="dxa"/>
          </w:tcPr>
          <w:p w14:paraId="39319A95" w14:textId="76AA2F87" w:rsidR="008114A8" w:rsidRPr="00E80302" w:rsidRDefault="00180142" w:rsidP="002407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E80302">
              <w:rPr>
                <w:color w:val="003366"/>
                <w:sz w:val="19"/>
                <w:szCs w:val="19"/>
              </w:rPr>
              <w:t>Level</w:t>
            </w:r>
            <w:r w:rsidR="004A218F" w:rsidRPr="00E80302">
              <w:rPr>
                <w:color w:val="003366"/>
                <w:sz w:val="19"/>
                <w:szCs w:val="19"/>
              </w:rPr>
              <w:t xml:space="preserve"> </w:t>
            </w:r>
            <w:r w:rsidR="004A218F" w:rsidRPr="008802E2">
              <w:rPr>
                <w:b w:val="0"/>
                <w:bCs w:val="0"/>
                <w:color w:val="003366"/>
                <w:sz w:val="19"/>
                <w:szCs w:val="19"/>
              </w:rPr>
              <w:t>(</w:t>
            </w:r>
            <w:r w:rsidR="003874BD" w:rsidRPr="008802E2">
              <w:rPr>
                <w:b w:val="0"/>
                <w:bCs w:val="0"/>
                <w:color w:val="003366"/>
                <w:sz w:val="19"/>
                <w:szCs w:val="19"/>
              </w:rPr>
              <w:t>n</w:t>
            </w:r>
            <w:r w:rsidR="004A218F" w:rsidRPr="008802E2">
              <w:rPr>
                <w:b w:val="0"/>
                <w:bCs w:val="0"/>
                <w:color w:val="003366"/>
                <w:sz w:val="19"/>
                <w:szCs w:val="19"/>
              </w:rPr>
              <w:t>ational, internation)</w:t>
            </w:r>
          </w:p>
        </w:tc>
      </w:tr>
      <w:tr w:rsidR="00AE6A4F" w14:paraId="7F7853AC" w14:textId="77777777" w:rsidTr="00E80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B346B50" w14:textId="599CAFC2" w:rsidR="00AE6A4F" w:rsidRPr="00867D0C" w:rsidRDefault="00AE6A4F" w:rsidP="00BC6176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BC6176">
              <w:rPr>
                <w:color w:val="646464"/>
                <w:sz w:val="19"/>
              </w:rPr>
              <w:t>25</w:t>
            </w:r>
          </w:p>
        </w:tc>
        <w:tc>
          <w:tcPr>
            <w:tcW w:w="3401" w:type="dxa"/>
          </w:tcPr>
          <w:p w14:paraId="45059F33" w14:textId="34989F18" w:rsidR="00AE6A4F" w:rsidRDefault="00BC6176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Certificate of appreciation for ideas that have gained international recognition and for scientific achievements in 2024</w:t>
            </w:r>
          </w:p>
        </w:tc>
        <w:tc>
          <w:tcPr>
            <w:tcW w:w="2640" w:type="dxa"/>
          </w:tcPr>
          <w:p w14:paraId="03B937C8" w14:textId="6C8A3611" w:rsidR="00AE6A4F" w:rsidRDefault="00BC6176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Vilnius University, LSC</w:t>
            </w:r>
          </w:p>
        </w:tc>
        <w:tc>
          <w:tcPr>
            <w:tcW w:w="2797" w:type="dxa"/>
          </w:tcPr>
          <w:p w14:paraId="739D955F" w14:textId="59B7F016" w:rsidR="00AE6A4F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6A4F" w14:paraId="12653D89" w14:textId="77777777" w:rsidTr="00E80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62ED88F" w14:textId="77777777" w:rsidR="00AE6A4F" w:rsidRPr="00867D0C" w:rsidRDefault="00AE6A4F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20XX–20XX</w:t>
            </w:r>
          </w:p>
        </w:tc>
        <w:tc>
          <w:tcPr>
            <w:tcW w:w="3401" w:type="dxa"/>
          </w:tcPr>
          <w:p w14:paraId="0E36AF28" w14:textId="77777777" w:rsidR="00AE6A4F" w:rsidRDefault="00AE6A4F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0" w:type="dxa"/>
          </w:tcPr>
          <w:p w14:paraId="62EA56C3" w14:textId="77777777" w:rsidR="00AE6A4F" w:rsidRDefault="00AE6A4F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7" w:type="dxa"/>
          </w:tcPr>
          <w:p w14:paraId="530F70BF" w14:textId="77777777" w:rsidR="00AE6A4F" w:rsidRDefault="00AE6A4F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6A4F" w14:paraId="12F68B80" w14:textId="77777777" w:rsidTr="00E80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0F664B2" w14:textId="3194D30F" w:rsidR="00AE6A4F" w:rsidRPr="00867D0C" w:rsidRDefault="00AE6A4F">
            <w:pPr>
              <w:spacing w:after="20"/>
              <w:rPr>
                <w:color w:val="646464"/>
              </w:rPr>
            </w:pPr>
          </w:p>
        </w:tc>
        <w:tc>
          <w:tcPr>
            <w:tcW w:w="3401" w:type="dxa"/>
          </w:tcPr>
          <w:p w14:paraId="1781D5C9" w14:textId="77777777" w:rsidR="00AE6A4F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0" w:type="dxa"/>
          </w:tcPr>
          <w:p w14:paraId="6AF340AE" w14:textId="77777777" w:rsidR="00AE6A4F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7" w:type="dxa"/>
          </w:tcPr>
          <w:p w14:paraId="11054A0D" w14:textId="77777777" w:rsidR="00AE6A4F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1C72" w14:paraId="045821A7" w14:textId="77777777" w:rsidTr="00E80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7062338" w14:textId="77777777" w:rsidR="00D11C72" w:rsidRPr="00B646C3" w:rsidRDefault="00D11C72">
            <w:pPr>
              <w:spacing w:after="20"/>
              <w:rPr>
                <w:color w:val="808080" w:themeColor="background1" w:themeShade="80"/>
                <w:sz w:val="19"/>
              </w:rPr>
            </w:pPr>
          </w:p>
        </w:tc>
        <w:tc>
          <w:tcPr>
            <w:tcW w:w="3401" w:type="dxa"/>
          </w:tcPr>
          <w:p w14:paraId="6181E209" w14:textId="77777777" w:rsidR="00D11C72" w:rsidRDefault="00D11C7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0" w:type="dxa"/>
          </w:tcPr>
          <w:p w14:paraId="4EC96ECA" w14:textId="77777777" w:rsidR="00D11C72" w:rsidRDefault="00D11C7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7" w:type="dxa"/>
          </w:tcPr>
          <w:p w14:paraId="20AC12C0" w14:textId="77777777" w:rsidR="00D11C72" w:rsidRDefault="00D11C7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EB0992" w14:textId="77777777" w:rsidR="008114A8" w:rsidRDefault="00180142">
      <w:pPr>
        <w:spacing w:before="80" w:after="0"/>
        <w:ind w:left="-680"/>
      </w:pPr>
      <w:r>
        <w:rPr>
          <w:color w:val="009966"/>
          <w:sz w:val="21"/>
        </w:rPr>
        <w:t>●</w:t>
      </w:r>
    </w:p>
    <w:p w14:paraId="6EDB001A" w14:textId="77777777" w:rsidR="00FB699D" w:rsidRDefault="00AE6A4F">
      <w:pPr>
        <w:spacing w:after="40"/>
        <w:rPr>
          <w:b/>
          <w:color w:val="003366"/>
          <w:sz w:val="22"/>
        </w:rPr>
      </w:pPr>
      <w:r>
        <w:rPr>
          <w:b/>
          <w:color w:val="003366"/>
          <w:sz w:val="22"/>
        </w:rPr>
        <w:t>OTHER INFORMATION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368"/>
        <w:gridCol w:w="3452"/>
        <w:gridCol w:w="5436"/>
      </w:tblGrid>
      <w:tr w:rsidR="00AE6A4F" w:rsidRPr="00D850C8" w14:paraId="3A712D3A" w14:textId="77777777" w:rsidTr="00A71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2762CF48" w14:textId="77777777" w:rsidR="008114A8" w:rsidRPr="00E80302" w:rsidRDefault="00180142" w:rsidP="00A715D6">
            <w:pPr>
              <w:rPr>
                <w:sz w:val="19"/>
                <w:szCs w:val="19"/>
              </w:rPr>
            </w:pPr>
            <w:bookmarkStart w:id="0" w:name="_GoBack"/>
            <w:bookmarkEnd w:id="0"/>
            <w:r w:rsidRPr="00E80302">
              <w:rPr>
                <w:color w:val="003366"/>
                <w:sz w:val="19"/>
                <w:szCs w:val="19"/>
              </w:rPr>
              <w:t>Year(s)</w:t>
            </w:r>
          </w:p>
        </w:tc>
        <w:tc>
          <w:tcPr>
            <w:tcW w:w="3452" w:type="dxa"/>
          </w:tcPr>
          <w:p w14:paraId="14B6D37A" w14:textId="1B9073B8" w:rsidR="008114A8" w:rsidRPr="00E80302" w:rsidRDefault="00D230C9" w:rsidP="00A715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color w:val="003366"/>
                <w:sz w:val="19"/>
                <w:szCs w:val="19"/>
              </w:rPr>
              <w:t>Type of activity</w:t>
            </w:r>
            <w:r w:rsidR="004A218F" w:rsidRPr="00E80302">
              <w:rPr>
                <w:color w:val="003366"/>
                <w:sz w:val="19"/>
                <w:szCs w:val="19"/>
              </w:rPr>
              <w:t xml:space="preserve"> </w:t>
            </w:r>
            <w:r w:rsidR="004A218F" w:rsidRPr="008802E2">
              <w:rPr>
                <w:b w:val="0"/>
                <w:bCs w:val="0"/>
                <w:color w:val="003366"/>
                <w:sz w:val="19"/>
                <w:szCs w:val="19"/>
              </w:rPr>
              <w:t>(</w:t>
            </w:r>
            <w:r w:rsidR="003874BD" w:rsidRPr="008802E2">
              <w:rPr>
                <w:b w:val="0"/>
                <w:bCs w:val="0"/>
                <w:color w:val="003366"/>
                <w:sz w:val="19"/>
                <w:szCs w:val="19"/>
              </w:rPr>
              <w:t>p</w:t>
            </w:r>
            <w:r w:rsidR="004A218F" w:rsidRPr="008802E2">
              <w:rPr>
                <w:b w:val="0"/>
                <w:bCs w:val="0"/>
                <w:color w:val="003366"/>
                <w:sz w:val="19"/>
                <w:szCs w:val="19"/>
              </w:rPr>
              <w:t>atent</w:t>
            </w:r>
            <w:r w:rsidR="00C32F81">
              <w:rPr>
                <w:b w:val="0"/>
                <w:bCs w:val="0"/>
                <w:color w:val="003366"/>
                <w:sz w:val="19"/>
                <w:szCs w:val="19"/>
              </w:rPr>
              <w:t>,</w:t>
            </w:r>
            <w:r w:rsidR="005C1313">
              <w:rPr>
                <w:b w:val="0"/>
                <w:bCs w:val="0"/>
                <w:color w:val="003366"/>
                <w:sz w:val="19"/>
                <w:szCs w:val="19"/>
              </w:rPr>
              <w:t xml:space="preserve"> </w:t>
            </w:r>
            <w:r w:rsidR="004A218F" w:rsidRPr="008802E2">
              <w:rPr>
                <w:b w:val="0"/>
                <w:bCs w:val="0"/>
                <w:color w:val="003366"/>
                <w:sz w:val="19"/>
                <w:szCs w:val="19"/>
              </w:rPr>
              <w:t>professional membership, editorial activity, etc</w:t>
            </w:r>
            <w:r w:rsidR="00961B2A" w:rsidRPr="008802E2">
              <w:rPr>
                <w:b w:val="0"/>
                <w:bCs w:val="0"/>
                <w:color w:val="003366"/>
                <w:sz w:val="19"/>
                <w:szCs w:val="19"/>
              </w:rPr>
              <w:t>.</w:t>
            </w:r>
            <w:r w:rsidR="004A218F" w:rsidRPr="008802E2">
              <w:rPr>
                <w:b w:val="0"/>
                <w:bCs w:val="0"/>
                <w:color w:val="003366"/>
                <w:sz w:val="19"/>
                <w:szCs w:val="19"/>
              </w:rPr>
              <w:t>)</w:t>
            </w:r>
          </w:p>
        </w:tc>
        <w:tc>
          <w:tcPr>
            <w:tcW w:w="5436" w:type="dxa"/>
          </w:tcPr>
          <w:p w14:paraId="44DBAC63" w14:textId="77777777" w:rsidR="00AE6A4F" w:rsidRPr="00E80302" w:rsidRDefault="00AE6A4F" w:rsidP="00A715D6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</w:rPr>
            </w:pPr>
            <w:r w:rsidRPr="00E80302">
              <w:rPr>
                <w:bCs w:val="0"/>
                <w:color w:val="003366"/>
                <w:sz w:val="19"/>
                <w:szCs w:val="19"/>
              </w:rPr>
              <w:t>Details</w:t>
            </w:r>
          </w:p>
        </w:tc>
      </w:tr>
      <w:tr w:rsidR="00AE6A4F" w14:paraId="0E08EFE4" w14:textId="77777777" w:rsidTr="00A7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22E0ED0D" w14:textId="46767AF8" w:rsidR="00AE6A4F" w:rsidRPr="00867D0C" w:rsidRDefault="00AE6A4F" w:rsidP="00303900">
            <w:pPr>
              <w:spacing w:after="20"/>
              <w:rPr>
                <w:color w:val="646464"/>
              </w:rPr>
            </w:pPr>
            <w:r w:rsidRPr="00867D0C">
              <w:rPr>
                <w:color w:val="646464"/>
                <w:sz w:val="19"/>
              </w:rPr>
              <w:t>20</w:t>
            </w:r>
            <w:r w:rsidR="00303900">
              <w:rPr>
                <w:color w:val="646464"/>
                <w:sz w:val="19"/>
              </w:rPr>
              <w:t>20</w:t>
            </w:r>
            <w:r w:rsidRPr="00867D0C">
              <w:rPr>
                <w:color w:val="646464"/>
                <w:sz w:val="19"/>
              </w:rPr>
              <w:t>–20</w:t>
            </w:r>
            <w:r w:rsidR="00303900">
              <w:rPr>
                <w:color w:val="646464"/>
                <w:sz w:val="19"/>
              </w:rPr>
              <w:t>25</w:t>
            </w:r>
          </w:p>
        </w:tc>
        <w:tc>
          <w:tcPr>
            <w:tcW w:w="3452" w:type="dxa"/>
          </w:tcPr>
          <w:p w14:paraId="29F2E38A" w14:textId="1E2E36A7" w:rsidR="00AE6A4F" w:rsidRDefault="00303900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3900">
              <w:t>Federation of European Neuroscience Societies (FENS), Lithuanian Neurosciences Association (LNA, board member), European Biophysical Societies' Association (EBSA), Lithuanian Biophysical Society</w:t>
            </w:r>
          </w:p>
        </w:tc>
        <w:tc>
          <w:tcPr>
            <w:tcW w:w="5436" w:type="dxa"/>
          </w:tcPr>
          <w:p w14:paraId="660FFA79" w14:textId="164D6127" w:rsidR="00AE6A4F" w:rsidRDefault="0069564E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02E2">
              <w:rPr>
                <w:color w:val="003366"/>
                <w:sz w:val="19"/>
                <w:szCs w:val="19"/>
              </w:rPr>
              <w:t>professional membership</w:t>
            </w:r>
          </w:p>
        </w:tc>
      </w:tr>
    </w:tbl>
    <w:p w14:paraId="7FF5E22F" w14:textId="77777777" w:rsidR="00E951D3" w:rsidRPr="00E951D3" w:rsidRDefault="00E951D3" w:rsidP="00C62BC9">
      <w:pPr>
        <w:jc w:val="right"/>
      </w:pPr>
    </w:p>
    <w:sectPr w:rsidR="00E951D3" w:rsidRPr="00E951D3" w:rsidSect="00B4618B">
      <w:footerReference w:type="default" r:id="rId11"/>
      <w:pgSz w:w="12240" w:h="15840"/>
      <w:pgMar w:top="850" w:right="474" w:bottom="850" w:left="1134" w:header="720" w:footer="720" w:gutter="0"/>
      <w:pgBorders w:offsetFrom="page">
        <w:left w:val="single" w:sz="22" w:space="18" w:color="0099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5D461" w14:textId="77777777" w:rsidR="007F0BA3" w:rsidRDefault="007F0BA3">
      <w:pPr>
        <w:spacing w:after="0" w:line="240" w:lineRule="auto"/>
      </w:pPr>
      <w:r>
        <w:separator/>
      </w:r>
    </w:p>
  </w:endnote>
  <w:endnote w:type="continuationSeparator" w:id="0">
    <w:p w14:paraId="61D14F89" w14:textId="77777777" w:rsidR="007F0BA3" w:rsidRDefault="007F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94143" w14:textId="0A17D608" w:rsidR="00F70CC5" w:rsidRPr="00F70CC5" w:rsidRDefault="00F70CC5" w:rsidP="00F70CC5">
    <w:pPr>
      <w:pStyle w:val="Footer"/>
      <w:rPr>
        <w:lang w:val="lt-LT"/>
      </w:rPr>
    </w:pPr>
    <w:r>
      <w:t xml:space="preserve"> </w:t>
    </w:r>
    <w:r w:rsidRPr="00F70CC5">
      <w:rPr>
        <w:noProof/>
      </w:rPr>
      <w:drawing>
        <wp:inline distT="0" distB="0" distL="0" distR="0" wp14:anchorId="01DBE6FE" wp14:editId="3C6D2056">
          <wp:extent cx="800100" cy="442099"/>
          <wp:effectExtent l="0" t="0" r="0" b="0"/>
          <wp:docPr id="3956164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433" cy="450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A4A991" w14:textId="6B89A0E0" w:rsidR="00FB699D" w:rsidRDefault="00FB699D" w:rsidP="00E95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27AA4" w14:textId="77777777" w:rsidR="007F0BA3" w:rsidRDefault="007F0BA3">
      <w:pPr>
        <w:spacing w:after="0" w:line="240" w:lineRule="auto"/>
      </w:pPr>
      <w:r>
        <w:separator/>
      </w:r>
    </w:p>
  </w:footnote>
  <w:footnote w:type="continuationSeparator" w:id="0">
    <w:p w14:paraId="35ECE347" w14:textId="77777777" w:rsidR="007F0BA3" w:rsidRDefault="007F0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hyphenationZone w:val="396"/>
  <w:characterSpacingControl w:val="doNotCompress"/>
  <w:hdrShapeDefaults>
    <o:shapedefaults v:ext="edit" spidmax="2049">
      <o:colormru v:ext="edit" colors="#fffff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4D9F"/>
    <w:rsid w:val="0002508D"/>
    <w:rsid w:val="00034616"/>
    <w:rsid w:val="00036337"/>
    <w:rsid w:val="00053DD8"/>
    <w:rsid w:val="0006063C"/>
    <w:rsid w:val="00063CF2"/>
    <w:rsid w:val="000B129F"/>
    <w:rsid w:val="000B3D34"/>
    <w:rsid w:val="000C09DF"/>
    <w:rsid w:val="000E3D9B"/>
    <w:rsid w:val="00100811"/>
    <w:rsid w:val="00107F2F"/>
    <w:rsid w:val="001119FC"/>
    <w:rsid w:val="001262DC"/>
    <w:rsid w:val="001264EC"/>
    <w:rsid w:val="00150630"/>
    <w:rsid w:val="0015074B"/>
    <w:rsid w:val="00160FE4"/>
    <w:rsid w:val="001649FE"/>
    <w:rsid w:val="00180142"/>
    <w:rsid w:val="001E5B37"/>
    <w:rsid w:val="001F7910"/>
    <w:rsid w:val="0020071C"/>
    <w:rsid w:val="00207E4A"/>
    <w:rsid w:val="0023165F"/>
    <w:rsid w:val="00240707"/>
    <w:rsid w:val="002442C4"/>
    <w:rsid w:val="0025162E"/>
    <w:rsid w:val="00251674"/>
    <w:rsid w:val="002920D7"/>
    <w:rsid w:val="0029639D"/>
    <w:rsid w:val="002A6B70"/>
    <w:rsid w:val="002A796E"/>
    <w:rsid w:val="002C1DF6"/>
    <w:rsid w:val="002C4760"/>
    <w:rsid w:val="002E4A53"/>
    <w:rsid w:val="002E5DD6"/>
    <w:rsid w:val="00303900"/>
    <w:rsid w:val="00326F90"/>
    <w:rsid w:val="003314C6"/>
    <w:rsid w:val="003410D5"/>
    <w:rsid w:val="003449C5"/>
    <w:rsid w:val="00351562"/>
    <w:rsid w:val="003538AA"/>
    <w:rsid w:val="0036396C"/>
    <w:rsid w:val="003874BD"/>
    <w:rsid w:val="003911BD"/>
    <w:rsid w:val="003A6B88"/>
    <w:rsid w:val="003C7334"/>
    <w:rsid w:val="003D2C3E"/>
    <w:rsid w:val="003D32AC"/>
    <w:rsid w:val="003D6D26"/>
    <w:rsid w:val="003E5E14"/>
    <w:rsid w:val="003F7FA0"/>
    <w:rsid w:val="00407D10"/>
    <w:rsid w:val="00407EF9"/>
    <w:rsid w:val="004102F4"/>
    <w:rsid w:val="00410890"/>
    <w:rsid w:val="00431553"/>
    <w:rsid w:val="0044609D"/>
    <w:rsid w:val="004540EB"/>
    <w:rsid w:val="004A218F"/>
    <w:rsid w:val="004A799E"/>
    <w:rsid w:val="004B1A7E"/>
    <w:rsid w:val="004C5AB4"/>
    <w:rsid w:val="004D1363"/>
    <w:rsid w:val="004D2525"/>
    <w:rsid w:val="004D4B5F"/>
    <w:rsid w:val="004E6290"/>
    <w:rsid w:val="00536C87"/>
    <w:rsid w:val="0054113F"/>
    <w:rsid w:val="0054449E"/>
    <w:rsid w:val="00553CF5"/>
    <w:rsid w:val="00556E45"/>
    <w:rsid w:val="0056115E"/>
    <w:rsid w:val="005A6A8C"/>
    <w:rsid w:val="005B43A6"/>
    <w:rsid w:val="005C1313"/>
    <w:rsid w:val="005D4927"/>
    <w:rsid w:val="005D51FC"/>
    <w:rsid w:val="0060579D"/>
    <w:rsid w:val="006203CE"/>
    <w:rsid w:val="00620DA9"/>
    <w:rsid w:val="00671D0A"/>
    <w:rsid w:val="006901E2"/>
    <w:rsid w:val="0069564E"/>
    <w:rsid w:val="006C2066"/>
    <w:rsid w:val="006E5C4F"/>
    <w:rsid w:val="006F457F"/>
    <w:rsid w:val="007016CD"/>
    <w:rsid w:val="007134E3"/>
    <w:rsid w:val="0074719A"/>
    <w:rsid w:val="00751A8D"/>
    <w:rsid w:val="00751E39"/>
    <w:rsid w:val="0076723F"/>
    <w:rsid w:val="0077237B"/>
    <w:rsid w:val="007755BA"/>
    <w:rsid w:val="007A3C1B"/>
    <w:rsid w:val="007A4F61"/>
    <w:rsid w:val="007B5DAC"/>
    <w:rsid w:val="007C70E0"/>
    <w:rsid w:val="007E2E17"/>
    <w:rsid w:val="007F0BA3"/>
    <w:rsid w:val="007F0F3B"/>
    <w:rsid w:val="007F178A"/>
    <w:rsid w:val="007F7814"/>
    <w:rsid w:val="008114A8"/>
    <w:rsid w:val="00837117"/>
    <w:rsid w:val="00863211"/>
    <w:rsid w:val="00867D0C"/>
    <w:rsid w:val="00872D25"/>
    <w:rsid w:val="00872F5D"/>
    <w:rsid w:val="008802E2"/>
    <w:rsid w:val="00883508"/>
    <w:rsid w:val="00892935"/>
    <w:rsid w:val="00893992"/>
    <w:rsid w:val="00896132"/>
    <w:rsid w:val="008A12D6"/>
    <w:rsid w:val="008B25D6"/>
    <w:rsid w:val="008B4B1C"/>
    <w:rsid w:val="008C04EE"/>
    <w:rsid w:val="008D2F33"/>
    <w:rsid w:val="008E135C"/>
    <w:rsid w:val="008E7F30"/>
    <w:rsid w:val="008F655D"/>
    <w:rsid w:val="008F6F5C"/>
    <w:rsid w:val="008F736D"/>
    <w:rsid w:val="00905DF2"/>
    <w:rsid w:val="009227A5"/>
    <w:rsid w:val="009403F7"/>
    <w:rsid w:val="009524EE"/>
    <w:rsid w:val="00961B2A"/>
    <w:rsid w:val="00980BA7"/>
    <w:rsid w:val="009830B9"/>
    <w:rsid w:val="00992F79"/>
    <w:rsid w:val="009B0DF6"/>
    <w:rsid w:val="009E4451"/>
    <w:rsid w:val="00A07B38"/>
    <w:rsid w:val="00A16D16"/>
    <w:rsid w:val="00A262AC"/>
    <w:rsid w:val="00A469C5"/>
    <w:rsid w:val="00A715D6"/>
    <w:rsid w:val="00A72FA0"/>
    <w:rsid w:val="00AA1D8D"/>
    <w:rsid w:val="00AA3F25"/>
    <w:rsid w:val="00AE6A4F"/>
    <w:rsid w:val="00AF5250"/>
    <w:rsid w:val="00B16ED3"/>
    <w:rsid w:val="00B17E3C"/>
    <w:rsid w:val="00B23A24"/>
    <w:rsid w:val="00B34491"/>
    <w:rsid w:val="00B4618B"/>
    <w:rsid w:val="00B47730"/>
    <w:rsid w:val="00B646C3"/>
    <w:rsid w:val="00B7526D"/>
    <w:rsid w:val="00BB115A"/>
    <w:rsid w:val="00BC6176"/>
    <w:rsid w:val="00BD732A"/>
    <w:rsid w:val="00BF39BB"/>
    <w:rsid w:val="00C170D5"/>
    <w:rsid w:val="00C32F81"/>
    <w:rsid w:val="00C62BC9"/>
    <w:rsid w:val="00C72976"/>
    <w:rsid w:val="00C77CB0"/>
    <w:rsid w:val="00C876F2"/>
    <w:rsid w:val="00C9478A"/>
    <w:rsid w:val="00CB0664"/>
    <w:rsid w:val="00CB554A"/>
    <w:rsid w:val="00CC3883"/>
    <w:rsid w:val="00CD5B48"/>
    <w:rsid w:val="00D11C72"/>
    <w:rsid w:val="00D179E5"/>
    <w:rsid w:val="00D230C9"/>
    <w:rsid w:val="00D6246C"/>
    <w:rsid w:val="00D850C8"/>
    <w:rsid w:val="00DC0329"/>
    <w:rsid w:val="00E37446"/>
    <w:rsid w:val="00E65F02"/>
    <w:rsid w:val="00E7018E"/>
    <w:rsid w:val="00E80302"/>
    <w:rsid w:val="00E951D3"/>
    <w:rsid w:val="00E95431"/>
    <w:rsid w:val="00EA5393"/>
    <w:rsid w:val="00EB7621"/>
    <w:rsid w:val="00EC1F5A"/>
    <w:rsid w:val="00EC1F62"/>
    <w:rsid w:val="00ED22AE"/>
    <w:rsid w:val="00EE3A0B"/>
    <w:rsid w:val="00F039AC"/>
    <w:rsid w:val="00F17F91"/>
    <w:rsid w:val="00F64BDE"/>
    <w:rsid w:val="00F70CC5"/>
    <w:rsid w:val="00FA4955"/>
    <w:rsid w:val="00FB699D"/>
    <w:rsid w:val="00FB7462"/>
    <w:rsid w:val="00FC693F"/>
    <w:rsid w:val="00FE5E17"/>
    <w:rsid w:val="00F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ffff7"/>
    </o:shapedefaults>
    <o:shapelayout v:ext="edit">
      <o:idmap v:ext="edit" data="1"/>
    </o:shapelayout>
  </w:shapeDefaults>
  <w:decimalSymbol w:val="."/>
  <w:listSeparator w:val=","/>
  <w14:docId w14:val="0970AC82"/>
  <w14:defaultImageDpi w14:val="300"/>
  <w15:docId w15:val="{ABF88CFD-FF65-4B0E-8AA4-CBAA2CB5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2">
    <w:name w:val="Plain Table 2"/>
    <w:basedOn w:val="TableNormal"/>
    <w:uiPriority w:val="99"/>
    <w:rsid w:val="00063C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99"/>
    <w:rsid w:val="007134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99"/>
    <w:rsid w:val="00D850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F70CC5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1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1B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1BD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1BD"/>
    <w:rPr>
      <w:rFonts w:ascii="Calibri" w:hAnsi="Calibri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461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BodyTextIndentChar">
    <w:name w:val="Body Text Indent Char"/>
    <w:basedOn w:val="DefaultParagraphFont"/>
    <w:link w:val="BodyTextIndent"/>
    <w:rsid w:val="00B4618B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Default">
    <w:name w:val="Default"/>
    <w:rsid w:val="00893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9bd16-3791-44ef-8104-03b6f98bd056">
      <Terms xmlns="http://schemas.microsoft.com/office/infopath/2007/PartnerControls"/>
    </lcf76f155ced4ddcb4097134ff3c332f>
    <TaxCatchAll xmlns="41a24112-7945-4c1c-9b7f-ad47ff7317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0A6B28DC92A4C4D8B91049AB8DC4939" ma:contentTypeVersion="18" ma:contentTypeDescription="Kurkite naują dokumentą." ma:contentTypeScope="" ma:versionID="7cfc82502a5ecedd5cf433b72e3f5788">
  <xsd:schema xmlns:xsd="http://www.w3.org/2001/XMLSchema" xmlns:xs="http://www.w3.org/2001/XMLSchema" xmlns:p="http://schemas.microsoft.com/office/2006/metadata/properties" xmlns:ns2="5939bd16-3791-44ef-8104-03b6f98bd056" xmlns:ns3="41a24112-7945-4c1c-9b7f-ad47ff7317a9" targetNamespace="http://schemas.microsoft.com/office/2006/metadata/properties" ma:root="true" ma:fieldsID="e41669187d937ff61d80de2f9ba35277" ns2:_="" ns3:_="">
    <xsd:import namespace="5939bd16-3791-44ef-8104-03b6f98bd056"/>
    <xsd:import namespace="41a24112-7945-4c1c-9b7f-ad47ff731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9bd16-3791-44ef-8104-03b6f98bd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cba263c8-4ed9-4ac4-8b05-bf1c9b587b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24112-7945-4c1c-9b7f-ad47ff731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81c5ba7-8fb2-4747-ae97-0530b7f9eb8d}" ma:internalName="TaxCatchAll" ma:showField="CatchAllData" ma:web="41a24112-7945-4c1c-9b7f-ad47ff731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86B47E-589E-4420-9DC0-55D879E4FFE5}">
  <ds:schemaRefs>
    <ds:schemaRef ds:uri="http://schemas.microsoft.com/office/2006/metadata/properties"/>
    <ds:schemaRef ds:uri="http://schemas.microsoft.com/office/infopath/2007/PartnerControls"/>
    <ds:schemaRef ds:uri="5939bd16-3791-44ef-8104-03b6f98bd056"/>
    <ds:schemaRef ds:uri="41a24112-7945-4c1c-9b7f-ad47ff7317a9"/>
  </ds:schemaRefs>
</ds:datastoreItem>
</file>

<file path=customXml/itemProps2.xml><?xml version="1.0" encoding="utf-8"?>
<ds:datastoreItem xmlns:ds="http://schemas.openxmlformats.org/officeDocument/2006/customXml" ds:itemID="{2F8588E5-5811-42AD-99BE-193B72E41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029C47-4D1E-4C00-A352-00C91D4C7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9bd16-3791-44ef-8104-03b6f98bd056"/>
    <ds:schemaRef ds:uri="41a24112-7945-4c1c-9b7f-ad47ff731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7EEF55-AE3F-4A47-BED6-FE7AF176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Vilma K</cp:lastModifiedBy>
  <cp:revision>3</cp:revision>
  <dcterms:created xsi:type="dcterms:W3CDTF">2026-05-21T08:22:00Z</dcterms:created>
  <dcterms:modified xsi:type="dcterms:W3CDTF">2026-05-21T08:23:00Z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0x01010000A6B28DC92A4C4D8B91049AB8DC4939</vt:lpwstr>
  </property>
  <property fmtid="{D5CDD505-2E9C-101B-9397-08002B2CF9AE}" pid="3" name="MediaServiceImageTags">
    <vt:lpwstr/>
  </property>
  <property fmtid="{D5CDD505-2E9C-101B-9397-08002B2CF9AE}" pid="4" name="GrammarlyDocumentId">
    <vt:lpwstr>d374d878-5704-48b7-92ef-65855cd2857d</vt:lpwstr>
  </property>
</Properties>
</file>